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8.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Ayşe, Ankara'da 50 cm boyundaki bir çubuğu yere dik tutarak yılın dört farklı gününde öğle vakti çubuğun gölge boyunu ölçüyor ve sonuçları grafikte gösteriyor.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172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7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Gölge boyunun en kısa ölçüldüğü tarih hangisidir? Bu tarihte Ankara'da hangi mevsim yaşanır?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21 Mart ve 23 Eylül tarihlerinde gölge boylarının eşit olmasının nedenini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21 Aralık'ta gölge boyunun en uzun olmasını, Güneş ışınlarının geliş açısı ile ilişkilendirerek açıklayınız.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Dünya'nın eksen eğikliği olmasaydı gölge boyu yıl boyunca nasıl değişirdi?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Aşağıdaki şemada bir hücreden başlayarak kalıtsal materyalin düzeyleri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628000" cy="175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17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Şemada 1, 2, 3 ve 4 numaralarla gösterilen yapıların adlarını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1. ……………………    2. ……………………    3. ……………………    4.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4 numaralı yapıyı oluşturan üç alt birimi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İnsanın bir vücut hücresinde 23 çift kromozom bulunur. Bu bilgiye göre insanın bir eşey hücresindeki kromozom sayısı kaçtır?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soruların cevaplarını noktalı yerlere yazınız. Her cevap 1 puandır.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1. DNA'nın yapı birimine ne ad verilir? 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2. Hücre bölünmesi sırasında belirginleşen, çubuk benzeri yapının adı nedir? ……………………</w:t>
      </w:r>
    </w:p>
    <w:p>
      <w:pPr>
        <w:spacing w:after="100"/>
        <w:ind w:left="454"/>
      </w:pPr>
      <w:r>
        <w:rPr>
          <w:b w:val="0"/>
          <w:i w:val="0"/>
        </w:rPr>
        <w:t>3. Kalıtsal bilgiyi taşıyan, çift sarmal yapıdaki molekülün adı nedir? ……………………</w:t>
      </w:r>
    </w:p>
    <w:p>
      <w:pPr>
        <w:spacing w:after="100"/>
        <w:ind w:left="454"/>
      </w:pPr>
      <w:r>
        <w:rPr>
          <w:b w:val="0"/>
          <w:i w:val="0"/>
        </w:rPr>
        <w:t>4. Bir kalıtsal özelliğin oluşumunu belirleyen kalıtım birimine ne ad verilir?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Kromozom ile DNA arasındaki ilişkiyi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Gen ile nükleotit arasındaki ilişkiyi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bir DNA molekülünün 1. ipliği ve bu ipliğin karşısında oluşacak 2. iplik gösterilmiştir. 2. ipliğin bazları henüz belli değildir.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1. ipliğin bazlarına göre 2. ipliğin boş kutularına gelecek bazları, yukarıdan aşağıya doğru sırasıyla harfle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1. ………  2. ………  3. ………  4. ………  5. ………  6. 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DNA'nın iki iplikli şekli hangi adla anılır? İki ipliği birbirine bağlayan yapılar nelerdir?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DNA'da bulunan dört azotlu organik bazın adlarını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Bir araştırmacı, X, Y ve Z canlılarından aldığı çift iplikli DNA örneklerindeki baz sayılarını tabloya kaydediyor. Her örnekte toplam 100 baz bulunmaktadır. Araştırmacı bazı değerleri kaydetmeyi unutmuştur.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1871"/>
        <w:gridCol w:w="1587"/>
        <w:gridCol w:w="1587"/>
        <w:gridCol w:w="1587"/>
        <w:gridCol w:w="1587"/>
        <w:gridCol w:w="1871"/>
      </w:tblGrid>
      <w:tr>
        <w:tc>
          <w:tcPr>
            <w:tcW w:type="dxa" w:w="187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Canlı</w:t>
            </w:r>
          </w:p>
        </w:tc>
        <w:tc>
          <w:tcPr>
            <w:tcW w:type="dxa" w:w="1587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A</w:t>
            </w:r>
          </w:p>
        </w:tc>
        <w:tc>
          <w:tcPr>
            <w:tcW w:type="dxa" w:w="1587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</w:t>
            </w:r>
          </w:p>
        </w:tc>
        <w:tc>
          <w:tcPr>
            <w:tcW w:type="dxa" w:w="1587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G</w:t>
            </w:r>
          </w:p>
        </w:tc>
        <w:tc>
          <w:tcPr>
            <w:tcW w:type="dxa" w:w="1587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C</w:t>
            </w:r>
          </w:p>
        </w:tc>
        <w:tc>
          <w:tcPr>
            <w:tcW w:type="dxa" w:w="187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Toplam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2"/>
              </w:rPr>
              <w:t>X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30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20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187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100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2"/>
              </w:rPr>
              <w:t>Y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24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1587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26</w:t>
            </w:r>
          </w:p>
        </w:tc>
        <w:tc>
          <w:tcPr>
            <w:tcW w:type="dxa" w:w="187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100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Z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18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?</w:t>
            </w:r>
          </w:p>
        </w:tc>
        <w:tc>
          <w:tcPr>
            <w:tcW w:type="dxa" w:w="1587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32</w:t>
            </w:r>
          </w:p>
        </w:tc>
        <w:tc>
          <w:tcPr>
            <w:tcW w:type="dxa" w:w="187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2"/>
              </w:rPr>
              <w:t>100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 soru işareti ile gösterilen yerlere gelmesi gereken değerleri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X: T = ……… , C = ………     Y: A = ……… , G = ………     Z: T = ……… , G = 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Hangi canlının DNA'sında G ve C bazlarının toplamı en fazladır? Bulduğunuz değeri işlemiyle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Tabloya göre DNA'da A ile T, G ile C sayıları arasında nasıl bir ilişki vardır? Bu ilişkinin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Şekilde bir DNA molekülünün kendini eşlemesi gösterilmiştir. Ana DNA'nın iki ipliği ayrılmış, her iplik karşısına yeni bir iplik oluşturarak 1 ve 2 numaralı DNA'ları meydana getirmiştir. Yeni DNA'larda üstteki sıra eski ipliği, kesikli kutular ise oluşacak yeni ipliği göstermektedir.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1 numaralı yeni DNA'nın yeni ipliğine gelecek bazları soldan sağa doğru yazınız. </w:t>
      </w:r>
      <w:r>
        <w:rPr>
          <w:b/>
          <w:i w:val="0"/>
        </w:rPr>
        <w:t>(5 p)</w:t>
      </w:r>
    </w:p>
    <w:p>
      <w:pPr>
        <w:spacing w:after="100"/>
        <w:ind w:left="454"/>
      </w:pPr>
      <w:r>
        <w:rPr>
          <w:b w:val="0"/>
          <w:i w:val="0"/>
        </w:rPr>
        <w:t>…… – …… – …… – …… – 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2 numaralı yeni DNA'nın yeni ipliğine gelecek bazları soldan sağa doğru yazınız. </w:t>
      </w:r>
      <w:r>
        <w:rPr>
          <w:b/>
          <w:i w:val="0"/>
        </w:rPr>
        <w:t>(5 p)</w:t>
      </w:r>
    </w:p>
    <w:p>
      <w:pPr>
        <w:spacing w:after="100"/>
        <w:ind w:left="454"/>
      </w:pPr>
      <w:r>
        <w:rPr>
          <w:b w:val="0"/>
          <w:i w:val="0"/>
        </w:rPr>
        <w:t>…… – …… – …… – …… – 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Eşlenme sonunda oluşan her bir DNA molekülünde kaç eski iplik, kaç yeni iplik bulunur?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Hatasız gerçekleşen bir eşlenmede oluşan DNA'ların baz dizilişi ana DNA ile karşılaştırıldığında nasıldır? Bu durumun canlılar için önemini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Grafikte, bölünebilen bir hücredeki DNA miktarının zamana göre değişimi gösterilmiştir. K, L, M, N ve P harfleri zaman aralıklarını belirtmektedir.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7_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L aralığında DNA miktarının artmasına neden olan olay nedir?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N aralığında DNA miktarının yarıya inmesinin nedenini açıklayınız.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Hücrede L aralığındaki olay gerçekleşmeseydi hücre bölündüğünde oluşan yeni hücrelerin DNA miktarı nasıl olurdu? Bu durumun sonucunu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K ve P aralıklarında DNA miktarının aynı olmasının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8. Sınıf Fen Bilimleri · 1. Dönem 1. Ortak Yazılı · Senaryo 1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