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0" w:color="0F3468" w:space="0"/>
          <w:left w:val="single" w:sz="10" w:color="0F3468" w:space="0"/>
          <w:bottom w:val="single" w:sz="10" w:color="0F3468" w:space="0"/>
          <w:right w:val="single" w:sz="10" w:color="0F3468" w:space="0"/>
          <w:insideH w:val="single" w:sz="10" w:color="0F3468" w:space="0"/>
          <w:insideV w:val="single" w:sz="10" w:color="0F3468" w:space="0"/>
        </w:tblBorders>
        <w:tblLayout w:type="fixed"/>
      </w:tblPr>
      <w:tblGrid>
        <w:gridCol w:w="10091"/>
      </w:tblGrid>
      <w:tr>
        <w:tc>
          <w:tcPr>
            <w:tcW w:type="dxa" w:w="10091"/>
            <w:shd w:val="clear" w:color="auto" w:fill="0F3468"/>
          </w:tcPr>
          <w:p>
            <w:pPr>
              <w:spacing w:before="100" w:after="20"/>
              <w:jc w:val="center"/>
            </w:pPr>
            <w:r>
              <w:rPr>
                <w:b/>
                <w:color w:val="FFFFFF"/>
                <w:sz w:val="20"/>
              </w:rPr>
              <w:t>2026-2027 EĞİTİM ÖĞRETİM YILI  ·  ………………………… ORTAOKULU</w:t>
            </w:r>
          </w:p>
          <w:p>
            <w:pPr>
              <w:spacing w:after="100"/>
              <w:jc w:val="center"/>
            </w:pPr>
            <w:r>
              <w:rPr>
                <w:b/>
                <w:color w:val="FFFFFF"/>
                <w:sz w:val="25"/>
              </w:rPr>
              <w:t>6. SINIF FEN BİLİMLERİ DERSİ 1. DÖNEM 1. ORTAK YAZILI SINAVI</w:t>
            </w:r>
          </w:p>
        </w:tc>
      </w:tr>
    </w:tbl>
    <w:p>
      <w:pPr>
        <w:spacing w:after="0" w:before="0" w:line="120" w:lineRule="exact"/>
        <w:rPr>
          <w:sz w:val="4"/>
        </w:rPr>
      </w:pPr>
      <w:r>
        <w:rPr>
          <w:sz w:val="4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0F3468" w:space="0"/>
          <w:left w:val="single" w:sz="6" w:color="0F3468" w:space="0"/>
          <w:bottom w:val="single" w:sz="6" w:color="0F3468" w:space="0"/>
          <w:right w:val="single" w:sz="6" w:color="0F3468" w:space="0"/>
          <w:insideH w:val="single" w:sz="6" w:color="0F3468" w:space="0"/>
          <w:insideV w:val="single" w:sz="6" w:color="0F3468" w:space="0"/>
        </w:tblBorders>
        <w:tblLayout w:type="fixed"/>
      </w:tblPr>
      <w:tblGrid>
        <w:gridCol w:w="3969"/>
        <w:gridCol w:w="2041"/>
        <w:gridCol w:w="2041"/>
        <w:gridCol w:w="2041"/>
      </w:tblGrid>
      <w:tr>
        <w:trPr>
          <w:cantSplit/>
          <w:trHeight w:val="538" w:hRule="exact"/>
        </w:trPr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Adı Soyadı: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Sınıfı / No: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Tarih: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Süre: 40 dakika</w:t>
            </w:r>
          </w:p>
        </w:tc>
      </w:tr>
    </w:tbl>
    <w:p>
      <w:pPr>
        <w:spacing w:after="0" w:before="0" w:line="80" w:lineRule="exact"/>
        <w:rPr>
          <w:sz w:val="4"/>
        </w:rPr>
      </w:pPr>
      <w:r>
        <w:rPr>
          <w:sz w:val="4"/>
        </w:rPr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1. SORU</w:t>
      </w:r>
      <w:r>
        <w:rPr>
          <w:b/>
          <w:color w:val="0F3468"/>
          <w:sz w:val="21"/>
        </w:rPr>
        <w:tab/>
        <w:t xml:space="preserve">(11 puan) </w:t>
      </w:r>
    </w:p>
    <w:p>
      <w:pPr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Aşağıdaki soruların cevaplarını noktalı yerlere yazınız. Her cevap 2 puandır. </w:t>
      </w:r>
      <w:r>
        <w:rPr>
          <w:b/>
          <w:i w:val="0"/>
        </w:rPr>
        <w:t>(8 p)</w:t>
      </w:r>
    </w:p>
    <w:p>
      <w:pPr>
        <w:spacing w:after="100"/>
        <w:ind w:left="567"/>
      </w:pPr>
      <w:r>
        <w:rPr>
          <w:b w:val="0"/>
          <w:i w:val="0"/>
        </w:rPr>
        <w:t>1. Yüzeyi katı olan gezegenlere ne ad verilir? ………………………………</w:t>
      </w:r>
    </w:p>
    <w:p>
      <w:pPr>
        <w:spacing w:after="100"/>
        <w:ind w:left="567"/>
      </w:pPr>
      <w:r>
        <w:rPr>
          <w:b w:val="0"/>
          <w:i w:val="0"/>
        </w:rPr>
        <w:t>2. Yüzeyi katı olmayan, gazlardan oluşan gezegenlere ne ad verilir? ………………………………</w:t>
      </w:r>
    </w:p>
    <w:p>
      <w:pPr>
        <w:spacing w:after="100"/>
        <w:ind w:left="567"/>
      </w:pPr>
      <w:r>
        <w:rPr>
          <w:b w:val="0"/>
          <w:i w:val="0"/>
        </w:rPr>
        <w:t>3. Kayaç gezegenler Güneş'e gaz gezegenlerden daha nasıl bir uzaklıktadır? ………………………………</w:t>
      </w:r>
    </w:p>
    <w:p>
      <w:pPr>
        <w:spacing w:after="100"/>
        <w:ind w:left="567"/>
      </w:pPr>
      <w:r>
        <w:rPr>
          <w:b w:val="0"/>
          <w:i w:val="0"/>
        </w:rPr>
        <w:t>4. Kayaç gezegenlerin çapları gaz gezegenlerin çaplarıyla karşılaştırıldığında nasıldır? ………………………………</w:t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Dünya ve Jüpiter'den hangisi gaz gezegendir? Nedenini yazınız. </w:t>
      </w:r>
      <w:r>
        <w:rPr>
          <w:b/>
          <w:i w:val="0"/>
        </w:rPr>
        <w:t>(3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2. SORU</w:t>
      </w:r>
      <w:r>
        <w:rPr>
          <w:b/>
          <w:color w:val="0F3468"/>
          <w:sz w:val="21"/>
        </w:rPr>
        <w:tab/>
        <w:t xml:space="preserve">(11 puan) </w:t>
      </w:r>
    </w:p>
    <w:p>
      <w:pPr>
        <w:keepNext/>
        <w:jc w:val="both"/>
      </w:pPr>
      <w:r>
        <w:rPr>
          <w:b w:val="0"/>
          <w:i w:val="0"/>
        </w:rPr>
        <w:t>Şekilde Güneş Sistemi'ndeki dört gezegenin (K, L, M, N) Güneş'e uzaklıkları verilmiştir. Gezegenlerden ikisi kayaç, ikisi gaz gezegendir. (AB: Dünya ile Güneş arasındaki uzaklık)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3816000" cy="140367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2_g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6000" cy="14036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K, L, M ve N gezegenlerinden hangileri kayaç, hangileri gaz gezegenidir? </w:t>
      </w:r>
      <w:r>
        <w:rPr>
          <w:b/>
          <w:i w:val="0"/>
        </w:rPr>
        <w:t>(4 p)</w:t>
      </w:r>
    </w:p>
    <w:p>
      <w:pPr>
        <w:spacing w:after="100"/>
        <w:ind w:left="454"/>
      </w:pPr>
      <w:r>
        <w:rPr>
          <w:b w:val="0"/>
          <w:i w:val="0"/>
        </w:rPr>
        <w:t>Kayaç gezegenler: ……………………     Gaz gezegenler: ……………………</w:t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Cevabınızın nedenini yazınız. </w:t>
      </w:r>
      <w:r>
        <w:rPr>
          <w:b/>
          <w:i w:val="0"/>
        </w:rPr>
        <w:t>(3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Güneş'e en yakın ve en uzak gezegenin Güneş'e uzaklıkları arasındaki fark kaç AB'dir? </w:t>
      </w:r>
      <w:r>
        <w:rPr>
          <w:b/>
          <w:i w:val="0"/>
        </w:rPr>
        <w:t>(4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3. SORU</w:t>
      </w:r>
      <w:r>
        <w:rPr>
          <w:b/>
          <w:color w:val="0F3468"/>
          <w:sz w:val="21"/>
        </w:rPr>
        <w:tab/>
        <w:t xml:space="preserve">(11 puan) </w:t>
      </w:r>
    </w:p>
    <w:p>
      <w:pPr>
        <w:keepNext/>
        <w:jc w:val="both"/>
      </w:pPr>
      <w:r>
        <w:rPr>
          <w:b w:val="0"/>
          <w:i w:val="0"/>
        </w:rPr>
        <w:t>Şekilde bir Güneş tutulması sırasında Dünya'daki K, L ve M gözlemcilerinin gökyüzünde gördükleri Güneş görüntüleri verilmiştir.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3528000" cy="128625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3_g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28000" cy="1286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K, L ve M gözlemcilerinin gördüğü tutulmayı yazınız. </w:t>
      </w:r>
      <w:r>
        <w:rPr>
          <w:b/>
          <w:i w:val="0"/>
        </w:rPr>
        <w:t>(6 p)</w:t>
      </w:r>
    </w:p>
    <w:p>
      <w:pPr>
        <w:spacing w:after="100"/>
        <w:ind w:left="454"/>
      </w:pPr>
      <w:r>
        <w:rPr>
          <w:b w:val="0"/>
          <w:i w:val="0"/>
        </w:rPr>
        <w:t>K: ……………………   L: ……………………   M: ……………………</w:t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Güneş tutulması Ay'ın hangi evresinde gerçekleşir? </w:t>
      </w:r>
      <w:r>
        <w:rPr>
          <w:b/>
          <w:i w:val="0"/>
        </w:rPr>
        <w:t>(3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Gözlemcilerden hangisi Ay'ın gölgesinin en koyu bölgesinde bulunmaktadır? </w:t>
      </w:r>
      <w:r>
        <w:rPr>
          <w:b/>
          <w:i w:val="0"/>
        </w:rPr>
        <w:t>(2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pageBreakBefore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4. SORU</w:t>
      </w:r>
      <w:r>
        <w:rPr>
          <w:b/>
          <w:color w:val="0F3468"/>
          <w:sz w:val="21"/>
        </w:rPr>
        <w:tab/>
        <w:t xml:space="preserve">(11 puan) </w:t>
      </w:r>
    </w:p>
    <w:p>
      <w:pPr>
        <w:keepNext/>
        <w:jc w:val="both"/>
      </w:pPr>
      <w:r>
        <w:rPr>
          <w:b w:val="0"/>
          <w:i w:val="0"/>
        </w:rPr>
        <w:t>Şekilde bir Ay tutulması sırasında Ay'ın Dünya'dan üç farklı anda (K, L ve M) görünüşü verilmiştir.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3816000" cy="139125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4_g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16000" cy="1391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K, L ve M anlarında Dünya'dan nasıl bir tutulma gözlenir? </w:t>
      </w:r>
      <w:r>
        <w:rPr>
          <w:b/>
          <w:i w:val="0"/>
        </w:rPr>
        <w:t>(6 p)</w:t>
      </w:r>
    </w:p>
    <w:p>
      <w:pPr>
        <w:spacing w:after="100"/>
        <w:ind w:left="454"/>
      </w:pPr>
      <w:r>
        <w:rPr>
          <w:b w:val="0"/>
          <w:i w:val="0"/>
        </w:rPr>
        <w:t>K: ……………………   L: ……………………   M: ……………………</w:t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Ay tutulması Ay'ın hangi evresinde gerçekleşir? </w:t>
      </w:r>
      <w:r>
        <w:rPr>
          <w:b/>
          <w:i w:val="0"/>
        </w:rPr>
        <w:t>(2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K anında Ay'ın karanlık görünmesinin nedenini yazınız. </w:t>
      </w:r>
      <w:r>
        <w:rPr>
          <w:b/>
          <w:i w:val="0"/>
        </w:rPr>
        <w:t>(3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5. SORU</w:t>
      </w:r>
      <w:r>
        <w:rPr>
          <w:b/>
          <w:color w:val="0F3468"/>
          <w:sz w:val="21"/>
        </w:rPr>
        <w:tab/>
        <w:t xml:space="preserve">(11 puan) </w:t>
      </w:r>
    </w:p>
    <w:p>
      <w:pPr>
        <w:keepNext/>
        <w:jc w:val="both"/>
      </w:pPr>
      <w:r>
        <w:rPr>
          <w:b w:val="0"/>
          <w:i w:val="0"/>
        </w:rPr>
        <w:t>Şekilde bir gemiye iki römorkörün ve rüzgârın uyguladığı kuvvetler gösterilmiştir. R1 ve R2 römorkörleri gemiyi sağa doğru çekmekte, rüzgâr ise gemiyi sola doğru itmektedir.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4104000" cy="138937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5_g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04000" cy="13893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Gemiye etki eden bileşke kuvvetin büyüklüğünü ve yönünü bulunuz. </w:t>
      </w:r>
      <w:r>
        <w:rPr>
          <w:b/>
          <w:i w:val="0"/>
        </w:rPr>
        <w:t>(5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Gemi hangi yönde hareket eder? Nedenini yazınız. </w:t>
      </w:r>
      <w:r>
        <w:rPr>
          <w:b/>
          <w:i w:val="0"/>
        </w:rPr>
        <w:t>(3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Gemi hareket etmemesi için rüzgârın kuvveti kaç N olmalıdır? </w:t>
      </w:r>
      <w:r>
        <w:rPr>
          <w:b/>
          <w:i w:val="0"/>
        </w:rPr>
        <w:t>(3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6. SORU</w:t>
      </w:r>
      <w:r>
        <w:rPr>
          <w:b/>
          <w:color w:val="0F3468"/>
          <w:sz w:val="21"/>
        </w:rPr>
        <w:tab/>
        <w:t xml:space="preserve">(11 puan) </w:t>
      </w:r>
    </w:p>
    <w:p>
      <w:pPr>
        <w:jc w:val="both"/>
      </w:pPr>
      <w:r>
        <w:rPr>
          <w:b w:val="0"/>
          <w:i w:val="0"/>
        </w:rPr>
        <w:t>Bir cisme aynı doğrultuda 10 N ve 4 N büyüklüğünde iki kuvvet etki etmektedir.</w:t>
      </w:r>
    </w:p>
    <w:p>
      <w:pPr>
        <w:keepNext/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Bu iki kuvvetin bileşkesi en çok kaç N olabilir? Bu durumda kuvvetlerin yönleri nasıl olmalıdır? </w:t>
      </w:r>
      <w:r>
        <w:rPr>
          <w:b/>
          <w:i w:val="0"/>
        </w:rPr>
        <w:t>(3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Bu iki kuvvetin bileşkesi en az kaç N olabilir? Bu durumda kuvvetlerin yönleri nasıl olmalıdır? </w:t>
      </w:r>
      <w:r>
        <w:rPr>
          <w:b/>
          <w:i w:val="0"/>
        </w:rPr>
        <w:t>(3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Bileşke kuvvet 8 N olabilir mi? Nedenini yazınız. </w:t>
      </w:r>
      <w:r>
        <w:rPr>
          <w:b/>
          <w:i w:val="0"/>
        </w:rPr>
        <w:t>(5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pageBreakBefore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7. SORU</w:t>
      </w:r>
      <w:r>
        <w:rPr>
          <w:b/>
          <w:color w:val="0F3468"/>
          <w:sz w:val="21"/>
        </w:rPr>
        <w:tab/>
        <w:t xml:space="preserve">(11 puan) </w:t>
      </w:r>
    </w:p>
    <w:p>
      <w:pPr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Dengelenmiş ve dengelenmemiş kuvvetlerle ilgili aşağıdaki soruların cevaplarını noktalı yerlere yazınız. Her cevap 2 puandır. </w:t>
      </w:r>
      <w:r>
        <w:rPr>
          <w:b/>
          <w:i w:val="0"/>
        </w:rPr>
        <w:t>(6 p)</w:t>
      </w:r>
    </w:p>
    <w:p>
      <w:pPr>
        <w:spacing w:after="100"/>
        <w:ind w:left="567"/>
      </w:pPr>
      <w:r>
        <w:rPr>
          <w:b w:val="0"/>
          <w:i w:val="0"/>
        </w:rPr>
        <w:t>1. Dengelenmiş kuvvetlerin bileşkesi kaç N'dur? ………………………………</w:t>
      </w:r>
    </w:p>
    <w:p>
      <w:pPr>
        <w:spacing w:after="100"/>
        <w:ind w:left="567"/>
      </w:pPr>
      <w:r>
        <w:rPr>
          <w:b w:val="0"/>
          <w:i w:val="0"/>
        </w:rPr>
        <w:t>2. Dengelenmiş kuvvetlerin etki ettiği bir cismin hareket durumu nasıl olur? ………………………………</w:t>
      </w:r>
    </w:p>
    <w:p>
      <w:pPr>
        <w:spacing w:after="100"/>
        <w:ind w:left="567"/>
      </w:pPr>
      <w:r>
        <w:rPr>
          <w:b w:val="0"/>
          <w:i w:val="0"/>
        </w:rPr>
        <w:t>3. Duran bir cisme dengelenmemiş kuvvet etki ederse cisim ne yapar? ………………………………</w:t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Sabit süratle doğrusal bir yolda giden bir araca etki eden kuvvetler dengelenmiş midir? Nedenini yazınız. </w:t>
      </w:r>
      <w:r>
        <w:rPr>
          <w:b/>
          <w:i w:val="0"/>
        </w:rPr>
        <w:t>(5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8. SORU</w:t>
      </w:r>
      <w:r>
        <w:rPr>
          <w:b/>
          <w:color w:val="0F3468"/>
          <w:sz w:val="21"/>
        </w:rPr>
        <w:tab/>
        <w:t xml:space="preserve">(11 puan) </w:t>
      </w:r>
    </w:p>
    <w:p>
      <w:pPr>
        <w:keepNext/>
        <w:jc w:val="both"/>
      </w:pPr>
      <w:r>
        <w:rPr>
          <w:b w:val="0"/>
          <w:i w:val="0"/>
        </w:rPr>
        <w:t>Şekilde K, L ve M cisimlerinin okla gösterilen yönde hareketi sırasında, eşit zaman aralıklarındaki konumları noktalarla gösterilmiştir.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4104000" cy="1763437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8_g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04000" cy="17634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Hangi cisme etki eden kuvvetler dengelenmiştir? Yazınız. </w:t>
      </w:r>
      <w:r>
        <w:rPr>
          <w:b/>
          <w:i w:val="0"/>
        </w:rPr>
        <w:t>(3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L ve M cisimlerinin hareket durumu nasıl değişmektedir? Yazınız. </w:t>
      </w:r>
      <w:r>
        <w:rPr>
          <w:b/>
          <w:i w:val="0"/>
        </w:rPr>
        <w:t>(4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M cismine etki eden bileşke kuvvetin yönü, cismin hareket yönüne göre nasıldır? Nedenini yazınız.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9. SORU</w:t>
      </w:r>
      <w:r>
        <w:rPr>
          <w:b/>
          <w:color w:val="0F3468"/>
          <w:sz w:val="21"/>
        </w:rPr>
        <w:tab/>
        <w:t xml:space="preserve">(12 puan) </w:t>
      </w:r>
    </w:p>
    <w:p>
      <w:pPr>
        <w:jc w:val="both"/>
      </w:pPr>
      <w:r>
        <w:rPr>
          <w:b w:val="0"/>
          <w:i w:val="0"/>
        </w:rPr>
        <w:t>Ali, evinden okula 600 m'lik yolu yürüyerek 10 dakikada gitmiş, okuldan eve aynı yoldan bisikletle 2 dakikada dönmüştür. Ali iki yolculukta da sabit süratle hareket etmiştir.</w:t>
      </w:r>
    </w:p>
    <w:p>
      <w:pPr>
        <w:keepNext/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Ali'nin yürürkenki süratini (m/dakika) bulunuz.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Ali'nin bisikletle giderkenki süratini (m/dakika) bulunuz.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Ali'nin bisikletle giderkenki sürati, yürürkenki süratinin kaç katıdır?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spacing w:before="160"/>
        <w:jc w:val="center"/>
      </w:pPr>
      <w:r>
        <w:rPr>
          <w:b/>
          <w:i w:val="0"/>
          <w:sz w:val="20"/>
        </w:rPr>
        <w:t>BAŞARILAR DİLERİM</w:t>
      </w:r>
    </w:p>
    <w:sectPr w:rsidR="00FC693F" w:rsidRPr="0006063C" w:rsidSect="00034616">
      <w:footerReference w:type="default" r:id="rId9"/>
      <w:pgSz w:w="11906" w:h="16838"/>
      <w:pgMar w:top="68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6680"/>
        <w:sz w:val="17"/>
      </w:rPr>
      <w:t xml:space="preserve">fenyorunge.com · 6. Sınıf Fen Bilimleri · 1. Dönem 1. Ortak Yazılı · Senaryo 6 · Sayfa </w:t>
    </w:r>
    <w:r>
      <w:rPr>
        <w:sz w:val="17"/>
      </w:rPr>
      <w:fldChar w:fldCharType="begin"/>
      <w:instrText xml:space="preserve">PAGE</w:instrText>
      <w:fldChar w:fldCharType="end"/>
    </w:r>
    <w:r>
      <w:rPr>
        <w:sz w:val="17"/>
      </w:rPr>
      <w:t xml:space="preserve"> / </w:t>
    </w:r>
    <w:r>
      <w:rPr>
        <w:sz w:val="17"/>
      </w:rPr>
      <w:fldChar w:fldCharType="begin"/>
      <w:instrText xml:space="preserve">NUMPAGES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52" w:lineRule="auto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