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6.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Aşağıdaki grafikte Güneş Sistemi'ndeki sekiz gezegenin çapları, Dünya'nın çapına göre (Dünya = 1) verilmiştir. Gezegenler Güneş'e uzaklık sırasına göre dizilmiştir.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36000" cy="20671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1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067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Grafikteki gezegenleri kayaç gezegenler ve gaz gezegenler olarak iki gruba ayırarak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Kayaç gezegenler: ………………………………………………………………………</w:t>
      </w:r>
    </w:p>
    <w:p>
      <w:pPr>
        <w:spacing w:after="100"/>
        <w:ind w:left="454"/>
      </w:pPr>
      <w:r>
        <w:rPr>
          <w:b w:val="0"/>
          <w:i w:val="0"/>
        </w:rPr>
        <w:t>Gaz gezegenler: ……………………………………………………………………………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Grafiğe göre çapı en büyük ve en küçük olan gezegenleri yazınız. </w:t>
      </w:r>
      <w:r>
        <w:rPr>
          <w:b/>
          <w:i w:val="0"/>
        </w:rPr>
        <w:t>(4 p)</w:t>
      </w:r>
    </w:p>
    <w:p>
      <w:pPr>
        <w:spacing w:after="100"/>
        <w:ind w:left="454"/>
      </w:pPr>
      <w:r>
        <w:rPr>
          <w:b w:val="0"/>
          <w:i w:val="0"/>
        </w:rPr>
        <w:t>En büyük: ………………………………     En küçük: 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Dünya dışında çapı Dünya'nın çapına en yakın olan gezegen hangisidir? Bu gezegen hangi gruptadır?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Aşağıdaki tabloda Güneş Sistemi'ndeki bazı gezegenlerin Güneş'e olan uzaklıkları verilmiştir. (AB: Dünya ile Güneş arasındaki uzaklık)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835"/>
        <w:gridCol w:w="3628"/>
      </w:tblGrid>
      <w:tr>
        <w:tc>
          <w:tcPr>
            <w:tcW w:type="dxa" w:w="2835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Gezegen</w:t>
            </w:r>
          </w:p>
        </w:tc>
        <w:tc>
          <w:tcPr>
            <w:tcW w:type="dxa" w:w="362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Güneş'e uzaklığı (AB)</w:t>
            </w:r>
          </w:p>
        </w:tc>
      </w:tr>
      <w:tr>
        <w:trPr>
          <w:cantSplit/>
          <w:trHeight w:val="453" w:hRule="atLeast"/>
        </w:trPr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Satürn</w:t>
            </w:r>
          </w:p>
        </w:tc>
        <w:tc>
          <w:tcPr>
            <w:tcW w:type="dxa" w:w="36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9,5</w:t>
            </w:r>
          </w:p>
        </w:tc>
      </w:tr>
      <w:tr>
        <w:trPr>
          <w:cantSplit/>
          <w:trHeight w:val="453" w:hRule="atLeast"/>
        </w:trPr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Venüs</w:t>
            </w:r>
          </w:p>
        </w:tc>
        <w:tc>
          <w:tcPr>
            <w:tcW w:type="dxa" w:w="36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0,7</w:t>
            </w:r>
          </w:p>
        </w:tc>
      </w:tr>
      <w:tr>
        <w:trPr>
          <w:cantSplit/>
          <w:trHeight w:val="453" w:hRule="atLeast"/>
        </w:trPr>
        <w:tc>
          <w:tcPr>
            <w:tcW w:type="dxa" w:w="2835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Uranüs</w:t>
            </w:r>
          </w:p>
        </w:tc>
        <w:tc>
          <w:tcPr>
            <w:tcW w:type="dxa" w:w="362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19</w:t>
            </w:r>
          </w:p>
        </w:tc>
      </w:tr>
      <w:tr>
        <w:trPr>
          <w:cantSplit/>
          <w:trHeight w:val="453" w:hRule="atLeast"/>
        </w:trPr>
        <w:tc>
          <w:tcPr>
            <w:tcW w:type="dxa" w:w="2835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Mars</w:t>
            </w:r>
          </w:p>
        </w:tc>
        <w:tc>
          <w:tcPr>
            <w:tcW w:type="dxa" w:w="362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1,5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gezegenleri Güneş'e yakından uzağa doğru sıralayınız. </w:t>
      </w:r>
      <w:r>
        <w:rPr>
          <w:b/>
          <w:i w:val="0"/>
        </w:rPr>
        <w:t>(8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567"/>
        <w:gridCol w:w="1701"/>
        <w:gridCol w:w="567"/>
        <w:gridCol w:w="1701"/>
        <w:gridCol w:w="567"/>
        <w:gridCol w:w="1701"/>
      </w:tblGrid>
      <w:tr>
        <w:trPr>
          <w:cantSplit/>
          <w:trHeight w:val="567" w:hRule="exact"/>
        </w:trPr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&lt;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&lt;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&lt;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Mars ile Satürn'ün Güneş'e uzaklıkları arasındaki fark kaç AB'dir?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Güneş'e 0,4 AB uzaklıktaki Merkür kayaç gezegen midir, gaz gezegen midir?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Aşağıdaki tabloda Güneş tutulması ile Ay tutulması karşılaştırılmıştır.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402"/>
        <w:gridCol w:w="2948"/>
        <w:gridCol w:w="2948"/>
      </w:tblGrid>
      <w:tr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Karşılaştırma ölçütü</w:t>
            </w:r>
          </w:p>
        </w:tc>
        <w:tc>
          <w:tcPr>
            <w:tcW w:type="dxa" w:w="294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Güneş tutulması</w:t>
            </w:r>
          </w:p>
        </w:tc>
        <w:tc>
          <w:tcPr>
            <w:tcW w:type="dxa" w:w="294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Ay tutulması</w:t>
            </w:r>
          </w:p>
        </w:tc>
      </w:tr>
      <w:tr>
        <w:trPr>
          <w:cantSplit/>
          <w:trHeight w:val="453" w:hRule="atLeast"/>
        </w:trPr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Ay'ın evresi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Yeni Ay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453" w:hRule="atLeast"/>
        </w:trPr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Gölgesi düşen gök cismi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294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Ay</w:t>
            </w:r>
          </w:p>
        </w:tc>
      </w:tr>
      <w:tr>
        <w:trPr>
          <w:cantSplit/>
          <w:trHeight w:val="453" w:hRule="atLeast"/>
        </w:trPr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Dünya'dan gözlenme zamanı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294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Gece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kutulara gelmesi gereken ifadeleri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…………………………………     …………………………………     …………………………………</w:t>
      </w:r>
    </w:p>
    <w:p>
      <w:pPr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 tutulması ve Ay tutulması sırasında Güneş, Dünya ve Ay'ın aynı doğrultudaki sıralanışlarını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Güneş tutulması: ……………………………………     Ay tutulması: ……………………………………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Ay tutulmasında Ay hangi gök cisminin gölgesine girer?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iki takım arasında oynanan halat çekme yarışında, takım üyelerinin ipe uyguladığı kuvvetler gösterilmiştir. A takımında K ve L, B takımında M, N ve P yer almaktadır.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36000" cy="14913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149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 ve B takımlarının ipe uyguladığı toplam kuvvetin büyüklüğünü ve yönünü ayrı ayrı bulunuz.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İpe etki eden bileşke kuvvetin büyüklüğünü ve yönünü bulunuz.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Hangi takım yarışı kazanır?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(14 puan) </w:t>
      </w:r>
    </w:p>
    <w:p>
      <w:pPr>
        <w:keepNext/>
        <w:jc w:val="both"/>
      </w:pPr>
      <w:r>
        <w:rPr>
          <w:b w:val="0"/>
          <w:i w:val="0"/>
        </w:rPr>
        <w:t>Şekilde yatay düzlemdeki K, L ve M cisimlerine aynı doğrultuda iki kuvvet etki etmektedir. Cisimlere etki eden bileşke kuvvetler şekilde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536000" cy="206718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5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6000" cy="2067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Soru işaretli (?) kuvvetlerin büyüklüklerini bulunuz. </w:t>
      </w:r>
      <w:r>
        <w:rPr>
          <w:b/>
          <w:i w:val="0"/>
        </w:rPr>
        <w:t>(9 p)</w:t>
      </w:r>
    </w:p>
    <w:p>
      <w:pPr>
        <w:spacing w:after="100"/>
        <w:ind w:left="454"/>
      </w:pPr>
      <w:r>
        <w:rPr>
          <w:b w:val="0"/>
          <w:i w:val="0"/>
        </w:rPr>
        <w:t>K: …………………   L: …………………   M: 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L cismine etki eden 12 N'luk kuvvetin yönü ters çevrilirse bileşke kuvvet kaç N olur ve hangi yönde olur?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(15 puan) </w:t>
      </w:r>
    </w:p>
    <w:p>
      <w:pPr>
        <w:keepNext/>
        <w:jc w:val="both"/>
      </w:pPr>
      <w:r>
        <w:rPr>
          <w:b w:val="0"/>
          <w:i w:val="0"/>
        </w:rPr>
        <w:t>Aşağıdaki tabloda sabit süratle hareket eden bir cismin farklı zamanlarda aldığı yol verilmiştir.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381"/>
        <w:gridCol w:w="1361"/>
        <w:gridCol w:w="1361"/>
        <w:gridCol w:w="1361"/>
        <w:gridCol w:w="1361"/>
        <w:gridCol w:w="1361"/>
      </w:tblGrid>
      <w:tr>
        <w:tc>
          <w:tcPr>
            <w:tcW w:type="dxa" w:w="238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Zaman (s)</w:t>
            </w:r>
          </w:p>
        </w:tc>
        <w:tc>
          <w:tcPr>
            <w:tcW w:type="dxa" w:w="136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2</w:t>
            </w:r>
          </w:p>
        </w:tc>
        <w:tc>
          <w:tcPr>
            <w:tcW w:type="dxa" w:w="136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4</w:t>
            </w:r>
          </w:p>
        </w:tc>
        <w:tc>
          <w:tcPr>
            <w:tcW w:type="dxa" w:w="136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6</w:t>
            </w:r>
          </w:p>
        </w:tc>
        <w:tc>
          <w:tcPr>
            <w:tcW w:type="dxa" w:w="136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8</w:t>
            </w:r>
          </w:p>
        </w:tc>
        <w:tc>
          <w:tcPr>
            <w:tcW w:type="dxa" w:w="136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10</w:t>
            </w:r>
          </w:p>
        </w:tc>
      </w:tr>
      <w:tr>
        <w:trPr>
          <w:cantSplit/>
          <w:trHeight w:val="453" w:hRule="atLeast"/>
        </w:trPr>
        <w:tc>
          <w:tcPr>
            <w:tcW w:type="dxa" w:w="2381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Alınan yol (m)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8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16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32</w:t>
            </w:r>
          </w:p>
        </w:tc>
        <w:tc>
          <w:tcPr>
            <w:tcW w:type="dxa" w:w="136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kutulara gelmesi gereken değerleri yazınız. </w:t>
      </w:r>
      <w:r>
        <w:rPr>
          <w:b/>
          <w:i w:val="0"/>
        </w:rPr>
        <w:t>(4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Cismin süratini (m/s) bulunuz.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Cisim aynı süratle 15 saniye hareket ederse kaç metre yol alır?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d)</w:t>
      </w:r>
      <w:r>
        <w:rPr>
          <w:b w:val="0"/>
          <w:i w:val="0"/>
        </w:rPr>
        <w:t xml:space="preserve"> Cismin süratinin sabit olduğunu tablodan yararlanarak nasıl anlarız?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(15 puan) </w:t>
      </w:r>
    </w:p>
    <w:p>
      <w:pPr>
        <w:keepNext/>
        <w:jc w:val="both"/>
      </w:pPr>
      <w:r>
        <w:rPr>
          <w:b w:val="0"/>
          <w:i w:val="0"/>
        </w:rPr>
        <w:t>Şekilde bir araç, uzunluğu 400 m olan dairesel bir pistte, okla gösterilen yönde sabit süratle hareket etmektedir. Araç pistin bir turunu 20 saniyede tamamlamaktadır. A, B, C ve D aracın pistteki farklı konumlarıdır.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392000" cy="241617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7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24161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Aracın süratini (m/s) bulunuz.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Aracın A, B, C ve D konumlarındaki sürat değerleri aynı mıdır?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Aracın hızı A, B, C ve D konumlarında aynı mıdır? Nedenini yazınız.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6. Sınıf Fen Bilimleri · 1. Dönem 1. Ortak Yazılı · Senaryo 3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