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6.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Şekilde Güneş Sistemi'ndeki sekiz gezegen, Güneş'e uzaklık sırasına göre numaralandırılarak gösterilmiştir. 3 numaralı gezegen Dünya'dır.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36000" cy="17275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1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17275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Kayaç gezegenlerin ve gaz gezegenlerin numaralarını yazınız.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Kayaç gezegenler: ………………………………     Gaz gezegenler: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Şekle bakarak gaz gezegenlerin kayaç gezegenlerden farklı iki özelliğini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Bir uzay aracı 7 numaralı gezegenin yüzeyine inebilir mi?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özelliklere sahip gezegenlerin adlarını noktalı yerlere yazınız. Her cevap 2 puandır. </w:t>
      </w:r>
      <w:r>
        <w:rPr>
          <w:b/>
          <w:i w:val="0"/>
        </w:rPr>
        <w:t>(8 p)</w:t>
      </w:r>
    </w:p>
    <w:p>
      <w:pPr>
        <w:spacing w:after="100"/>
        <w:ind w:left="567"/>
      </w:pPr>
      <w:r>
        <w:rPr>
          <w:b w:val="0"/>
          <w:i w:val="0"/>
        </w:rPr>
        <w:t>1. Güneş'e en yakın gezegen: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2. Güneş Sistemi'nin en büyük gezegeni: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3. Üzerinde yaşamın bilindiği tek gezegen: ………………………………</w:t>
      </w:r>
    </w:p>
    <w:p>
      <w:pPr>
        <w:spacing w:after="100"/>
        <w:ind w:left="567"/>
      </w:pPr>
      <w:r>
        <w:rPr>
          <w:b w:val="0"/>
          <w:i w:val="0"/>
        </w:rPr>
        <w:t>4. Güneş'e en uzak gezegen: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Yazdığınız gezegenlerden hangisi Dünya gibi kayaç gezegendir?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Şekilde Güneş, Dünya ve Ay'ın konumları ile Ay'ın yörüngesindeki K, L ve M konumları gösterilmiştir. P ve R, Dünya yüzeyindeki gözlemcilerdir.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36000" cy="23034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30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Ay; K, L ve M konumlarında bulunduğunda Dünya'dan nasıl bir tutulma gözlenir?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L: ……………………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 tutulması Ay'ın hangi evresinde gerçekleşir?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 K konumundayken P ve R gözlemcilerinden hangisi Ay tutulmasını izleyebilir?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Şekilde Güneş, Dünya ve Ay'ın üç farklı zamandaki konumları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04000" cy="23646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2364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I, II ve III numaralı durumlarda Dünya'dan hangi tutulma gözlenir?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I: ……………………   II: ……………………   III: ……………………</w:t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I ve II numaralı durumlarda Ay hangi evrede bulunur?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I: ……………………   II: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Bir tutulmanın gerçekleşebilmesi için Güneş, Dünya ve Ay'ın konumları hakkında ne söylenebilir?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Şekilde Ali, Ece ve Can'ın sürtünmesiz yatay bir zeminde duran bir kutuya aynı doğrultuda uyguladıkları kuvvetler üstten görünüşle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48000" cy="135515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8000" cy="1355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Kutuya etki eden bileşke kuvvetin büyüklüğünü ve yönünü bulunuz.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Kutunun hareket etmemesi için Can'ın uyguladığı kuvvet kaç N olmalıdır?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Ali kuvvet uygulamayı bıraksaydı bileşke kuvvet kaç N olurdu? Kutu nasıl hareket ederdi?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Elif, evinden okuluna şekildeki yolu izleyerek sabit süratle yürümekte ve yolun tamamını 10 dakikada almaktadır. Ev, park ve okul aynı doğru üzerindedir.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392000" cy="154406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1544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Elif'in süratini (m/dakika) bulunuz.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Elif evden çıktıktan kaç dakika sonra parka ulaşır?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Elif okula ulaştıktan sonra aynı süratle eve dönerse süratinin ve hızının değişip değişmediğini nedenleriyle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Aşağıdaki ifadelerin her birinde hangi niceliğin (sürat veya hız) verildiğini nedeniyle birlikte yazınız. </w:t>
      </w:r>
      <w:r>
        <w:rPr>
          <w:b/>
          <w:i w:val="0"/>
        </w:rPr>
        <w:t>(8 p)</w:t>
      </w:r>
    </w:p>
    <w:p>
      <w:pPr>
        <w:spacing w:after="100"/>
        <w:ind w:left="283"/>
      </w:pPr>
      <w:r>
        <w:rPr>
          <w:b w:val="0"/>
          <w:i w:val="0"/>
        </w:rPr>
        <w:t>I. Otomobil 90 km/saat ile gitmektedir.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after="100"/>
        <w:ind w:left="283"/>
      </w:pPr>
      <w:r>
        <w:rPr>
          <w:b w:val="0"/>
          <w:i w:val="0"/>
        </w:rPr>
        <w:t>II. Uçak doğuya doğru 800 km/saat ile uçmaktadır.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 ve L araçları 60 km/saat süratle birbirine zıt yönlerde hareket etmektedir. Bu araçların hızları aynı mıdır?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8.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Şekilde eşeysiz ve eşeyli üremenin özelliklerini karşılaştırmak için bir küme şeması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176000" cy="174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8_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17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Şemadaki bölgelere karşılık gelen birer özelliği noktalı yerlere yazınız. </w:t>
      </w:r>
      <w:r>
        <w:rPr>
          <w:b/>
          <w:i w:val="0"/>
        </w:rPr>
        <w:t>(8 p)</w:t>
      </w:r>
    </w:p>
    <w:p>
      <w:pPr>
        <w:spacing w:after="100"/>
        <w:ind w:left="454"/>
      </w:pPr>
      <w:r>
        <w:rPr>
          <w:b w:val="0"/>
          <w:i w:val="0"/>
        </w:rPr>
        <w:t>Yalnızca eşeysiz üremeye ait: ………………………………………………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Yalnızca eşeyli üremeye ait: ………………………………………………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Her ikisine ait (ortak): ………………………………………………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İkiye bölünerek çoğalan bir amipten oluşan yeni amipler ile tavuk ve horozdan oluşan civcivlerden hangisinin kalıtsal özellikleri ebeveyniyle birebir aynıdır?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6. Sınıf Fen Bilimleri · 1. Dönem 1. Ortak Yazılı · Senaryo 2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