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5.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Ay ile ilgili aşağıdaki soruların cevaplarını noktalı yerlere yazınız. Her cevap 2 puandır. </w:t>
      </w:r>
      <w:r>
        <w:rPr>
          <w:b/>
          <w:i w:val="0"/>
        </w:rPr>
        <w:t>(8 p)</w:t>
      </w:r>
    </w:p>
    <w:p>
      <w:pPr>
        <w:spacing w:after="100"/>
        <w:ind w:left="567"/>
      </w:pPr>
      <w:r>
        <w:rPr>
          <w:b w:val="0"/>
          <w:i w:val="0"/>
        </w:rPr>
        <w:t>1. Ay, Dünya'ya göre hangi tür gök cismidir?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2. Ay'ın kendi ışığı var mıdır?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3. Ay'ın yüzeyinde göktaşı çarpmalarıyla oluşan çukurlara ne ad verilir?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4. Ay'ın şekli nasıldır? 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Ay'ın Dünya'dan görülebilmesinin nedenini açıklayınız.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Ay'ın yüzeyinde krater dışında bulunan iki yüzey şeklini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jc w:val="both"/>
      </w:pPr>
      <w:r>
        <w:rPr>
          <w:b w:val="0"/>
          <w:i w:val="0"/>
        </w:rPr>
        <w:t>Üç öğrenci, Ay'ın Dünya etrafındaki hareketini modellemek için şekildeki modelleri hazırlamıştır. Her modelde Ay'ın yüzeyindeki bir nokta işaretlenmiştir.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464000" cy="20343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2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2034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Gerçek Ay'ın hareketini doğru gösteren modelin numarasını yazınız. </w:t>
      </w:r>
      <w:r>
        <w:rPr>
          <w:b/>
          <w:i w:val="0"/>
        </w:rPr>
        <w:t>(5 p)</w:t>
      </w:r>
    </w:p>
    <w:p>
      <w:pPr>
        <w:spacing w:after="100"/>
        <w:ind w:left="454"/>
      </w:pPr>
      <w:r>
        <w:rPr>
          <w:b w:val="0"/>
          <w:i w:val="0"/>
        </w:rPr>
        <w:t>Doğru model: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Seçtiğiniz modelde Dünya'dan bakan bir gözlemci Ay'ın hangi yüzünü görür? Nedenini yazınız.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II numaralı modelde Ay, Dünya etrafında dolanırken kendi etrafında dönmemektedir. Bu modele göre Dünya'dan bakan gözlemci Ay'ın yüzeyini nasıl görürdü? Yazınız.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jc w:val="both"/>
      </w:pPr>
      <w:r>
        <w:rPr>
          <w:b w:val="0"/>
          <w:i w:val="0"/>
        </w:rPr>
        <w:t>Üç öğrenci, Güneş, Dünya ve Ay'ın hareketlerini modellemek için okul bahçesinde bir oyun oynamıştır. Ahmet yerinde durmuş, Berk Ahmet'in etrafında, Cem ise Berk'in etrafında yürümüştür.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104000" cy="184359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3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04000" cy="18435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Ahmet, Berk ve Cem'in modelde temsil ettiği gök cisimlerini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Ahmet: ……………………     Berk: ……………………     Cem: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Cem'in hareketini Dünya'ya göre ve Güneş'e göre ayrı ayrı açıklayınız.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Bu modelin gerçek Güneş, Dünya ve Ay'a uymayan iki yönünü yazınız.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jc w:val="both"/>
      </w:pPr>
      <w:r>
        <w:rPr>
          <w:b w:val="0"/>
          <w:i w:val="0"/>
        </w:rPr>
        <w:t>Bir öğrenci, Güneş, Dünya ve Ay'ın hacimsel büyüklüklerini gösteren bir model hazırlamak istemektedir. Modelde ölçek kullanılmayacaktır.</w:t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Öğrencinin hazırlayacağı modeli, Güneş, Dünya ve Ay'ın hacimsel büyüklüklerine uygun üç daire çizerek aşağıdaki alanda gösteriniz. Her dairenin altına temsil ettiği gök cisminin adını yazınız. </w:t>
      </w:r>
      <w:r>
        <w:rPr>
          <w:b/>
          <w:i w:val="0"/>
        </w:rPr>
        <w:t>(6 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F3468" w:space="0"/>
          <w:left w:val="single" w:sz="8" w:color="0F3468" w:space="0"/>
          <w:bottom w:val="single" w:sz="8" w:color="0F3468" w:space="0"/>
          <w:right w:val="single" w:sz="8" w:color="0F3468" w:space="0"/>
          <w:insideH w:val="single" w:sz="8" w:color="0F3468" w:space="0"/>
          <w:insideV w:val="single" w:sz="8" w:color="0F3468" w:space="0"/>
        </w:tblBorders>
        <w:tblLayout w:type="fixed"/>
      </w:tblPr>
      <w:tblGrid>
        <w:gridCol w:w="9071"/>
      </w:tblGrid>
      <w:tr>
        <w:trPr>
          <w:cantSplit/>
          <w:trHeight w:val="1871" w:hRule="exact"/>
        </w:trPr>
        <w:tc>
          <w:tcPr>
            <w:tcW w:type="dxa" w:w="9071"/>
          </w:tcPr>
          <w:p/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Öğrenci, Dünya'dan bakıldığında Güneş ve Ay'ın gökyüzünde benzer büyüklükte göründüğünü fark ederek "Güneş ile Ay'ın hacimleri hemen hemen aynıdır." demiştir. Öğrencinin ifadesi doğru mudur? Nedenini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Öğrenci modelinde Güneş'i, Dünya'yı ve Ay'ı temsil etmek için bir portakal, bir bilye ve bir karpuz kullanacaktır. Hangi malzemenin hangi gök cismini temsil etmesi gerektiğini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Portakal: ……………………     Bilye: ……………………     Karpuz: ……………………</w:t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(16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Kuvvet ile ilgili aşağıdaki soruların cevaplarını noktalı yerlere yazınız. Her cevap 2 puandır. </w:t>
      </w:r>
      <w:r>
        <w:rPr>
          <w:b/>
          <w:i w:val="0"/>
        </w:rPr>
        <w:t>(6 p)</w:t>
      </w:r>
    </w:p>
    <w:p>
      <w:pPr>
        <w:spacing w:after="100"/>
        <w:ind w:left="567"/>
      </w:pPr>
      <w:r>
        <w:rPr>
          <w:b w:val="0"/>
          <w:i w:val="0"/>
        </w:rPr>
        <w:t>1. Kuvvetin büyüklüğü hangi araçla ölçülür?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2. Kuvvetin birimi nedir?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3. Bu birimin sembolü nedir? 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Dinamometreye hiçbir cisim asılmadığında ibre kaç N'u gösterir? Nedenini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Bir dinamometrenin yayı 2 N'luk kuvvet uygulandığında 3 cm uzamaktadır. Aynı yaya 6 N'luk kuvvet uygulandığında yay kaç cm uzar? İşlemini göstererek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(16 puan) </w:t>
      </w:r>
    </w:p>
    <w:p>
      <w:pPr>
        <w:keepNext/>
        <w:jc w:val="both"/>
      </w:pPr>
      <w:r>
        <w:rPr>
          <w:b w:val="0"/>
          <w:i w:val="0"/>
        </w:rPr>
        <w:t>Zeynep, 0-10 N ölçeğine sahip bir dinamometreye K, L ve M cisimlerini ayrı ayrı asmıştır. Dinamometrelerin ibreleri şekildeki konumlara gelmiştir.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960000" cy="201093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6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0109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K, L ve M cisimlerinin dinamometreye uyguladığı kuvvetleri birimiyle birlikte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K: ……………………     L: ……………………     M: ……………………</w:t>
      </w:r>
    </w:p>
    <w:p>
      <w:pPr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Dinamometrenin ölçeğindeki en küçük bölme kaç N'u gösterir? Yayı en çok uzatan cisim hangisidir? </w:t>
      </w:r>
      <w:r>
        <w:rPr>
          <w:b/>
          <w:i w:val="0"/>
        </w:rPr>
        <w:t>(5 p)</w:t>
      </w:r>
    </w:p>
    <w:p>
      <w:pPr>
        <w:spacing w:after="100"/>
        <w:ind w:left="454"/>
      </w:pPr>
      <w:r>
        <w:rPr>
          <w:b w:val="0"/>
          <w:i w:val="0"/>
        </w:rPr>
        <w:t>En küçük bölme: ……………………     Yayı en çok uzatan cisim: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Bu dinamometre ile 12 N'luk bir kuvvet ölçülebilir mi? Nedenini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5. Sınıf Fen Bilimleri · 1. Dönem 1. Ortak Yazılı · Senaryo 4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