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5.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Şekilde bir uzay aracının Ay'ın yüzeyinden çektiği görüntü verilmiştir. Görüntüde Ay'ın yüzey şekillerinden bazıları K, L ve M ile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960000" cy="1727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1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727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ile gösterilen yüzey şekillerinin adlarını yazınız. </w:t>
      </w:r>
      <w:r>
        <w:rPr>
          <w:b/>
          <w:i w:val="0"/>
        </w:rPr>
        <w:t>(9 p)</w:t>
      </w:r>
    </w:p>
    <w:p>
      <w:pPr>
        <w:spacing w:after="100"/>
        <w:ind w:left="454"/>
      </w:pPr>
      <w:r>
        <w:rPr>
          <w:b w:val="0"/>
          <w:i w:val="0"/>
        </w:rPr>
        <w:t>K: ……………………………   L: ……………………………   M: 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 ile gösterilen yüzey şeklinin nasıl oluştuğunu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Bilim insanları Ay'ın yüzey şekillerini Dünya'dan ayrıntılı incelemek için hangi aracı kullanır?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Bir gözlemci, Ay'ı Dünya'dan farklı günlerde gözlemleyerek çizmiştir. Şekilde Ay'ın 8., 11., 15. ve 19. günlerdeki görünümleri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48000" cy="124453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1244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Ay'ın evresi değiştiği hâlde gözlemci Ay'ın hep aynı yüzünü görmektedir. Gözlemci bunu hangi bilgiye dayanarak söyleyebilir?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Ay'ın Dünya'dan hep aynı yüzünün görülmesi, Ay'ın dönme ve dolanma hareketleri hakkında ne söyler?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Ay'ın Dünya'dan görülemeyen yüzünü incelemek için ne yapılabilir?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Şekilde Ay'ın bir ay boyunca Dünya etrafında aldığı sekiz farklı konum gösterilmiştir. Ay'ın Güneş'e bakan yarısı her konumda aydınlıktır.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04000" cy="19905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1990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Ay'ın 1, 3, 5 ve 7 numaralı konumlarında Dünya'dan görünen evrelerin adlarını yazınız.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1: ………………   3: ………………   5: ………………   7: 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 5 numaralı konumdayken Dünya'dan bakan bir gözlemci Ay'ın aydınlık yüzünün ne kadarını görür? Nedenini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Ay, 1 numaralı konumdan 5 numaralı konuma doğru ilerlerken Dünya'dan görünen aydınlık kısım nasıl değişir?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Üç öğrenci, Güneş, Dünya ve Ay'ın hareketlerini göstermek için şekildeki modelleri hazırlamıştır. Oklar gök cisimlerinin hareket yönünü göstermektedir.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464000" cy="17728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17728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Gök cisimlerinin hareketlerini doğru gösteren modelin numarasını yazınız. </w:t>
      </w:r>
      <w:r>
        <w:rPr>
          <w:b/>
          <w:i w:val="0"/>
        </w:rPr>
        <w:t>(5 p)</w:t>
      </w:r>
    </w:p>
    <w:p>
      <w:pPr>
        <w:spacing w:after="100"/>
        <w:ind w:left="454"/>
      </w:pPr>
      <w:r>
        <w:rPr>
          <w:b w:val="0"/>
          <w:i w:val="0"/>
        </w:rPr>
        <w:t>Doğru model: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Doğru olmayan modellerin neden yanlış olduğunu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Doğru modeli hazırlayan öğrenci üç küre kullanacaktır. Güneş, Dünya ve Ay'ı temsil eden kürelerin büyüklükleri nasıl olmalıdır?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Aynı dinamometreye K, L ve M cisimleri ayrı ayrı asılmış ve dinamometrelerin ibreleri şekildeki konumlara gelmiştir.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960000" cy="201093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0109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Cisimlerin dinamometreye uyguladığı kuvvetleri birimiyle birlikte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  L: ……………………  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Dinamometrenin yayı hangi cisim asıldığında en az uzamıştır?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Dinamometre hangi niceliği ölçer? Bu niceliğin birimi ve birimin sembolü nedir? </w:t>
      </w:r>
      <w:r>
        <w:rPr>
          <w:b/>
          <w:i w:val="0"/>
        </w:rPr>
        <w:t>(5 p)</w:t>
      </w:r>
    </w:p>
    <w:p>
      <w:pPr>
        <w:spacing w:after="100"/>
        <w:ind w:left="454"/>
      </w:pPr>
      <w:r>
        <w:rPr>
          <w:b w:val="0"/>
          <w:i w:val="0"/>
        </w:rPr>
        <w:t>Ölçtüğü nicelik: ………………   Birim: ………………   Sembol: ………………</w:t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jc w:val="both"/>
      </w:pPr>
      <w:r>
        <w:rPr>
          <w:b w:val="0"/>
          <w:i w:val="0"/>
        </w:rPr>
        <w:t>Zeynep, bir dinamometrenin yayına farklı büyüklükte kuvvetler uygulayarak yayın uzamasını ölçmüş ve sonuçları tabloya yazmıştır.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kutuları uygun değerlerle tamamlayınız. </w:t>
      </w:r>
      <w:r>
        <w:rPr>
          <w:b/>
          <w:i w:val="0"/>
        </w:rPr>
        <w:t>(6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175"/>
        <w:gridCol w:w="3175"/>
      </w:tblGrid>
      <w:tr>
        <w:tc>
          <w:tcPr>
            <w:tcW w:type="dxa" w:w="317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Uygulanan kuvvet (N)</w:t>
            </w:r>
          </w:p>
        </w:tc>
        <w:tc>
          <w:tcPr>
            <w:tcW w:type="dxa" w:w="317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Yayın uzaması (cm)</w:t>
            </w:r>
          </w:p>
        </w:tc>
      </w:tr>
      <w:tr>
        <w:trPr>
          <w:cantSplit/>
          <w:trHeight w:val="425" w:hRule="atLeast"/>
        </w:trPr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1</w:t>
            </w:r>
          </w:p>
        </w:tc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</w:t>
            </w:r>
          </w:p>
        </w:tc>
      </w:tr>
      <w:tr>
        <w:trPr>
          <w:cantSplit/>
          <w:trHeight w:val="425" w:hRule="atLeast"/>
        </w:trPr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2</w:t>
            </w:r>
          </w:p>
        </w:tc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4</w:t>
            </w:r>
          </w:p>
        </w:tc>
      </w:tr>
      <w:tr>
        <w:trPr>
          <w:cantSplit/>
          <w:trHeight w:val="425" w:hRule="atLeast"/>
        </w:trPr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3</w:t>
            </w:r>
          </w:p>
        </w:tc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6</w:t>
            </w:r>
          </w:p>
        </w:tc>
      </w:tr>
      <w:tr>
        <w:trPr>
          <w:cantSplit/>
          <w:trHeight w:val="425" w:hRule="atLeast"/>
        </w:trPr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4</w:t>
            </w:r>
          </w:p>
        </w:tc>
        <w:tc>
          <w:tcPr>
            <w:tcW w:type="dxa" w:w="317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425" w:hRule="atLeast"/>
        </w:trPr>
        <w:tc>
          <w:tcPr>
            <w:tcW w:type="dxa" w:w="3175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?</w:t>
            </w:r>
          </w:p>
        </w:tc>
        <w:tc>
          <w:tcPr>
            <w:tcW w:type="dxa" w:w="3175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12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Tabloya göre uygulanan kuvvetin büyüklüğü ile yayın uzaması arasındaki ilişkiyi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Aynı dinamometreye bir cisim asıldığında yayın uzaması 10 cm olmuştur. Cismin dinamometreye uyguladığı kuvvet kaç N'dur?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5. Sınıf Fen Bilimleri · 1. Dönem 1. Ortak Yazılı · Senaryo 3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