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0F3468" w:space="0"/>
          <w:left w:val="single" w:sz="10" w:color="0F3468" w:space="0"/>
          <w:bottom w:val="single" w:sz="10" w:color="0F3468" w:space="0"/>
          <w:right w:val="single" w:sz="10" w:color="0F3468" w:space="0"/>
          <w:insideH w:val="single" w:sz="10" w:color="0F3468" w:space="0"/>
          <w:insideV w:val="single" w:sz="10" w:color="0F3468" w:space="0"/>
        </w:tblBorders>
        <w:tblLayout w:type="fixed"/>
      </w:tblPr>
      <w:tblGrid>
        <w:gridCol w:w="10091"/>
      </w:tblGrid>
      <w:tr>
        <w:tc>
          <w:tcPr>
            <w:tcW w:type="dxa" w:w="10091"/>
            <w:shd w:val="clear" w:color="auto" w:fill="0F3468"/>
          </w:tcPr>
          <w:p>
            <w:pPr>
              <w:spacing w:before="100" w:after="20"/>
              <w:jc w:val="center"/>
            </w:pPr>
            <w:r>
              <w:rPr>
                <w:b/>
                <w:color w:val="FFFFFF"/>
                <w:sz w:val="20"/>
              </w:rPr>
              <w:t>2026-2027 EĞİTİM ÖĞRETİM YILI  ·  ………………………… ORTAOKULU</w:t>
            </w:r>
          </w:p>
          <w:p>
            <w:pPr>
              <w:spacing w:after="100"/>
              <w:jc w:val="center"/>
            </w:pPr>
            <w:r>
              <w:rPr>
                <w:b/>
                <w:color w:val="FFFFFF"/>
                <w:sz w:val="25"/>
              </w:rPr>
              <w:t>5. SINIF FEN BİLİMLERİ DERSİ 1. DÖNEM 1. ORTAK YAZILI SINAVI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3969"/>
        <w:gridCol w:w="2041"/>
        <w:gridCol w:w="2041"/>
        <w:gridCol w:w="2041"/>
      </w:tblGrid>
      <w:tr>
        <w:trPr>
          <w:cantSplit/>
          <w:trHeight w:val="538" w:hRule="exact"/>
        </w:trPr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Adı Soyadı: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Sınıfı / No: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Tarih: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Süre: 40 dakika</w:t>
            </w:r>
          </w:p>
        </w:tc>
      </w:tr>
    </w:tbl>
    <w:p>
      <w:pPr>
        <w:spacing w:after="0" w:before="0" w:line="80" w:lineRule="exact"/>
        <w:rPr>
          <w:sz w:val="4"/>
        </w:rPr>
      </w:pPr>
      <w:r>
        <w:rPr>
          <w:sz w:val="4"/>
        </w:rPr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1.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Aşağıdaki soruların cevaplarını noktalı yerlere yazınız. Her cevap 2 puandır. </w:t>
      </w:r>
      <w:r>
        <w:rPr>
          <w:b/>
          <w:i w:val="0"/>
        </w:rPr>
        <w:t>(8 p)</w:t>
      </w:r>
    </w:p>
    <w:p>
      <w:pPr>
        <w:spacing w:after="100"/>
        <w:ind w:left="567"/>
      </w:pPr>
      <w:r>
        <w:rPr>
          <w:b w:val="0"/>
          <w:i w:val="0"/>
        </w:rPr>
        <w:t>1. Ay'ın Dünya'dan görülmesini sağlayan ışığın kaynağı nedir? ………………………………</w:t>
      </w:r>
    </w:p>
    <w:p>
      <w:pPr>
        <w:spacing w:after="100"/>
        <w:ind w:left="567"/>
      </w:pPr>
      <w:r>
        <w:rPr>
          <w:b w:val="0"/>
          <w:i w:val="0"/>
        </w:rPr>
        <w:t>2. Ay, Dünya'ya göre hangi tür gök cismidir? ………………………………</w:t>
      </w:r>
    </w:p>
    <w:p>
      <w:pPr>
        <w:spacing w:after="100"/>
        <w:ind w:left="567"/>
      </w:pPr>
      <w:r>
        <w:rPr>
          <w:b w:val="0"/>
          <w:i w:val="0"/>
        </w:rPr>
        <w:t>3. Güneş'in hacmini Dünya'nın hacmiyle karşılaştırınız. ………………………………</w:t>
      </w:r>
    </w:p>
    <w:p>
      <w:pPr>
        <w:spacing w:after="100"/>
        <w:ind w:left="567"/>
      </w:pPr>
      <w:r>
        <w:rPr>
          <w:b w:val="0"/>
          <w:i w:val="0"/>
        </w:rPr>
        <w:t>4. Ay'ın şekli nasıldır? ………………………………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Ay'ın yüzeyinde kraterlerin oluşmasının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Ay'ın yüzeyinde krater dışında bulunan iki yüzey şeklini yazınız. </w:t>
      </w:r>
      <w:r>
        <w:rPr>
          <w:b/>
          <w:i w:val="0"/>
        </w:rPr>
        <w:t>(2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2.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keepNext/>
        <w:jc w:val="both"/>
      </w:pPr>
      <w:r>
        <w:rPr>
          <w:b w:val="0"/>
          <w:i w:val="0"/>
        </w:rPr>
        <w:t>Ayşe ile Ali, Ay'ın hareketlerini modellemek için bir oyun oynamıştır. Ayşe, Dünya'yı temsil ederek yerinde durmuş; Ali, Ay'ı temsil ederek Ayşe'nin etrafında şekildeki yönde yürümüştür. Ali yürürken yüzünü her zaman Ayşe'ye dönük tutmuştur.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104000" cy="19237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2_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04000" cy="1923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Ali'nin Ayşe'nin etrafında yürümesi ve yürürken kendi etrafında dönmesi, Ay'ın hangi hareketlerini temsil eder? </w:t>
      </w:r>
      <w:r>
        <w:rPr>
          <w:b/>
          <w:i w:val="0"/>
        </w:rPr>
        <w:t>(4 p)</w:t>
      </w:r>
    </w:p>
    <w:p>
      <w:pPr>
        <w:spacing w:after="100"/>
        <w:ind w:left="454"/>
      </w:pPr>
      <w:r>
        <w:rPr>
          <w:b w:val="0"/>
          <w:i w:val="0"/>
        </w:rPr>
        <w:t>Etrafında yürümesi: ……………………     Kendi etrafında dönmesi: 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Ayşe, Ali'nin yalnızca yüzünü görmekte, sırtını görememektedir. Bu durum Ay'ın hangi özelliğine benzer? Nedenini açıklayınız.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Ayşe'nin Ali'nin sırtını da görebilmesi için Ali yürürken nasıl hareket etmelidir? Yazınız.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3.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keepNext/>
        <w:jc w:val="both"/>
      </w:pPr>
      <w:r>
        <w:rPr>
          <w:b w:val="0"/>
          <w:i w:val="0"/>
        </w:rPr>
        <w:t>Şekilde Ay'ın bir ay boyunca Dünya'dan görünen sekiz farklı görünümü karışık sırayla verilmiştir.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888000" cy="17212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3_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88000" cy="172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Yeni Ay, ilk dördün, dolunay ve son dördün evrelerine ait çizimlerin harflerini yazınız. </w:t>
      </w:r>
      <w:r>
        <w:rPr>
          <w:b/>
          <w:i w:val="0"/>
        </w:rPr>
        <w:t>(8 p)</w:t>
      </w:r>
    </w:p>
    <w:p>
      <w:pPr>
        <w:spacing w:after="100"/>
        <w:ind w:left="454"/>
      </w:pPr>
      <w:r>
        <w:rPr>
          <w:b w:val="0"/>
          <w:i w:val="0"/>
        </w:rPr>
        <w:t>Yeni Ay: …………   İlk dördün: …………   Dolunay: …………   Son dördün: 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Yeni Ay evresinden dolunay evresine doğru ilerlerken Ay'ın Dünya'dan görünen aydınlık kısmı nasıl değişir?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Dolunay evresinde Güneş, Dünya ve Ay'ın sıralanışını yazınız.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4.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keepNext/>
        <w:jc w:val="both"/>
      </w:pPr>
      <w:r>
        <w:rPr>
          <w:b w:val="0"/>
          <w:i w:val="0"/>
        </w:rPr>
        <w:t>Ali, Ay'ın görünümünü 7'şer gün arayla gözlemleyerek çizmiştir. Ali, 1. gün Ay'ı gökyüzünde göremediği için çizimini koyu daire ile göstermiştir.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176000" cy="116906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4_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76000" cy="11690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Ali'nin 8., 15. ve 22. günlerdeki çizimlerinde gösterilen Ay evrelerinin adlarını yazınız.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8. gün: ……………………   15. gün: ……………………   22. gün: 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Ali'nin 29. gündeki çizimi 1. gündeki çizimine benzemektedir. Bunun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Ali'nin Ay'ı en parlak gözlemlediği gün hangisidir? Nedenini yazınız.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5.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jc w:val="both"/>
      </w:pPr>
      <w:r>
        <w:rPr>
          <w:b w:val="0"/>
          <w:i w:val="0"/>
        </w:rPr>
        <w:t>Mert, karanlık bir odada bir lamba, bir tenis topu ve kendi başını kullanarak Ay'ın evrelerini modellemiştir. Topu başının etrafında çevirerek topun aydınlık kısmını gözlemlemiştir.</w:t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Mert'in modelindeki malzemelerin temsil ettiği gök cisimlerini yazınız.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Lamba: ………………………     Tenis topu: ………………………     Mert'in başı: 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Mert'in modelinde topun yarısı her zaman aydınlıktır. Mert'in topun aydınlık kısmını farklı miktarlarda görmesinin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Mert modeli neden karanlık bir odada yapmıştır?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6. SORU</w:t>
      </w:r>
      <w:r>
        <w:rPr>
          <w:b/>
          <w:color w:val="0F3468"/>
          <w:sz w:val="21"/>
        </w:rPr>
        <w:tab/>
        <w:t xml:space="preserve">(15 puan) </w:t>
      </w:r>
    </w:p>
    <w:p>
      <w:pPr>
        <w:keepNext/>
        <w:jc w:val="both"/>
      </w:pPr>
      <w:r>
        <w:rPr>
          <w:b w:val="0"/>
          <w:i w:val="0"/>
        </w:rPr>
        <w:t>Üç öğrenci, Güneş, Dünya ve Ay'ın hacimsel büyüklüklerini temsil eden birer model hazırlamak için bilye, tenis topu ve basketbol topunu kullanmıştır. Öğrencilerin seçimleri tabloda verilmiştir. Modellerde ölçek kullanılmamıştır.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1701"/>
        <w:gridCol w:w="2494"/>
        <w:gridCol w:w="2494"/>
        <w:gridCol w:w="2494"/>
      </w:tblGrid>
      <w:tr>
        <w:tc>
          <w:tcPr>
            <w:tcW w:type="dxa" w:w="1701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Öğrenci</w:t>
            </w:r>
          </w:p>
        </w:tc>
        <w:tc>
          <w:tcPr>
            <w:tcW w:type="dxa" w:w="2494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Güneş</w:t>
            </w:r>
          </w:p>
        </w:tc>
        <w:tc>
          <w:tcPr>
            <w:tcW w:type="dxa" w:w="2494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Dünya</w:t>
            </w:r>
          </w:p>
        </w:tc>
        <w:tc>
          <w:tcPr>
            <w:tcW w:type="dxa" w:w="2494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Ay</w:t>
            </w:r>
          </w:p>
        </w:tc>
      </w:tr>
      <w:tr>
        <w:trPr>
          <w:cantSplit/>
          <w:trHeight w:val="425" w:hRule="atLeast"/>
        </w:trPr>
        <w:tc>
          <w:tcPr>
            <w:tcW w:type="dxa" w:w="170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Ayşe</w:t>
            </w:r>
          </w:p>
        </w:tc>
        <w:tc>
          <w:tcPr>
            <w:tcW w:type="dxa" w:w="249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Basketbol topu</w:t>
            </w:r>
          </w:p>
        </w:tc>
        <w:tc>
          <w:tcPr>
            <w:tcW w:type="dxa" w:w="249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Bilye</w:t>
            </w:r>
          </w:p>
        </w:tc>
        <w:tc>
          <w:tcPr>
            <w:tcW w:type="dxa" w:w="249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Tenis topu</w:t>
            </w:r>
          </w:p>
        </w:tc>
      </w:tr>
      <w:tr>
        <w:trPr>
          <w:cantSplit/>
          <w:trHeight w:val="425" w:hRule="atLeast"/>
        </w:trPr>
        <w:tc>
          <w:tcPr>
            <w:tcW w:type="dxa" w:w="170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Burak</w:t>
            </w:r>
          </w:p>
        </w:tc>
        <w:tc>
          <w:tcPr>
            <w:tcW w:type="dxa" w:w="249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Basketbol topu</w:t>
            </w:r>
          </w:p>
        </w:tc>
        <w:tc>
          <w:tcPr>
            <w:tcW w:type="dxa" w:w="249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Tenis topu</w:t>
            </w:r>
          </w:p>
        </w:tc>
        <w:tc>
          <w:tcPr>
            <w:tcW w:type="dxa" w:w="249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Bilye</w:t>
            </w:r>
          </w:p>
        </w:tc>
      </w:tr>
      <w:tr>
        <w:trPr>
          <w:cantSplit/>
          <w:trHeight w:val="425" w:hRule="atLeast"/>
        </w:trPr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1"/>
              </w:rPr>
              <w:t>Can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Tenis topu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Basketbol topu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Bilye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Güneş, Dünya ve Ay'ın hacimsel büyüklüklerini doğru temsil eden modeli hangi öğrenci hazırlamıştır? </w:t>
      </w:r>
      <w:r>
        <w:rPr>
          <w:b/>
          <w:i w:val="0"/>
        </w:rPr>
        <w:t>(3 p)</w:t>
      </w:r>
    </w:p>
    <w:p>
      <w:pPr>
        <w:spacing w:after="100"/>
        <w:ind w:left="454"/>
      </w:pPr>
      <w:r>
        <w:rPr>
          <w:b w:val="0"/>
          <w:i w:val="0"/>
        </w:rPr>
        <w:t>Öğrenci: 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Diğer iki öğrencinin modelinde yapılan hatayı ayrı ayrı yazınız. </w:t>
      </w:r>
      <w:r>
        <w:rPr>
          <w:b/>
          <w:i w:val="0"/>
        </w:rPr>
        <w:t>(6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Burak'ın modelinde Güneş'i temsil eden basketbol topu ile Dünya'yı temsil eden tenis topu arasındaki büyüklük farkı, gerçek farkı tam olarak gösterir mi? Nedenini yazınız. </w:t>
      </w:r>
      <w:r>
        <w:rPr>
          <w:b/>
          <w:i w:val="0"/>
        </w:rPr>
        <w:t>(6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7. SORU</w:t>
      </w:r>
      <w:r>
        <w:rPr>
          <w:b/>
          <w:color w:val="0F3468"/>
          <w:sz w:val="21"/>
        </w:rPr>
        <w:tab/>
        <w:t xml:space="preserve">(15 puan) </w:t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Aşağıdaki tabloda Dünya ve Ay'ın hareketleri ile ilgili soru işaretli (?) kutuların yerine uygun ifadeleri yazınız. </w:t>
      </w:r>
      <w:r>
        <w:rPr>
          <w:b/>
          <w:i w:val="0"/>
        </w:rPr>
        <w:t>(8 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2041"/>
        <w:gridCol w:w="3855"/>
        <w:gridCol w:w="3855"/>
      </w:tblGrid>
      <w:tr>
        <w:tc>
          <w:tcPr>
            <w:tcW w:type="dxa" w:w="2041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Gök cismi</w:t>
            </w:r>
          </w:p>
        </w:tc>
        <w:tc>
          <w:tcPr>
            <w:tcW w:type="dxa" w:w="3855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Kendi etrafındaki hareketinin adı</w:t>
            </w:r>
          </w:p>
        </w:tc>
        <w:tc>
          <w:tcPr>
            <w:tcW w:type="dxa" w:w="3855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Etrafında dolandığı gök cismi</w:t>
            </w:r>
          </w:p>
        </w:tc>
      </w:tr>
      <w:tr>
        <w:trPr>
          <w:cantSplit/>
          <w:trHeight w:val="510" w:hRule="atLeast"/>
        </w:trPr>
        <w:tc>
          <w:tcPr>
            <w:tcW w:type="dxa" w:w="204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Dünya</w:t>
            </w:r>
          </w:p>
        </w:tc>
        <w:tc>
          <w:tcPr>
            <w:tcW w:type="dxa" w:w="3855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  <w:tc>
          <w:tcPr>
            <w:tcW w:type="dxa" w:w="3855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</w:tr>
      <w:tr>
        <w:trPr>
          <w:cantSplit/>
          <w:trHeight w:val="510" w:hRule="atLeast"/>
        </w:trPr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1"/>
              </w:rPr>
              <w:t>Ay</w:t>
            </w:r>
          </w:p>
        </w:tc>
        <w:tc>
          <w:tcPr>
            <w:tcW w:type="dxa" w:w="3855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  <w:tc>
          <w:tcPr>
            <w:tcW w:type="dxa" w:w="3855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Güneş'in hacmi Ay'ın hacminden çok büyüktür. Buna rağmen Dünya'dan bakıldığında Güneş ile Ay gökyüzünde benzer büyüklükte görünür. Bunun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Güneş, Dünya ve Ay'ı hacimsel büyüklüklerine göre büyükten küçüğe doğru sıralayınız. </w:t>
      </w:r>
      <w:r>
        <w:rPr>
          <w:b/>
          <w:i w:val="0"/>
        </w:rPr>
        <w:t>(3 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567"/>
        <w:gridCol w:w="1701"/>
        <w:gridCol w:w="567"/>
        <w:gridCol w:w="1701"/>
      </w:tblGrid>
      <w:tr>
        <w:trPr>
          <w:cantSplit/>
          <w:trHeight w:val="567" w:hRule="exact"/>
        </w:trPr>
        <w:tc>
          <w:tcPr>
            <w:tcW w:type="dxa" w:w="1701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8"/>
              </w:rPr>
              <w:t>&gt;</w:t>
            </w:r>
          </w:p>
        </w:tc>
        <w:tc>
          <w:tcPr>
            <w:tcW w:type="dxa" w:w="1701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8"/>
              </w:rPr>
              <w:t>&gt;</w:t>
            </w:r>
          </w:p>
        </w:tc>
        <w:tc>
          <w:tcPr>
            <w:tcW w:type="dxa" w:w="1701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spacing w:before="160"/>
        <w:jc w:val="center"/>
      </w:pPr>
      <w:r>
        <w:rPr>
          <w:b/>
          <w:i w:val="0"/>
          <w:sz w:val="20"/>
        </w:rPr>
        <w:t>BAŞARILAR DİLERİM</w:t>
      </w:r>
    </w:p>
    <w:sectPr w:rsidR="00FC693F" w:rsidRPr="0006063C" w:rsidSect="00034616">
      <w:footerReference w:type="default" r:id="rId9"/>
      <w:pgSz w:w="11906" w:h="16838"/>
      <w:pgMar w:top="68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680"/>
        <w:sz w:val="17"/>
      </w:rPr>
      <w:t xml:space="preserve">fenyorunge.com · 5. Sınıf Fen Bilimleri · 1. Dönem 1. Ortak Yazılı · Senaryo 2 · Sayfa </w:t>
    </w:r>
    <w:r>
      <w:rPr>
        <w:sz w:val="17"/>
      </w:rPr>
      <w:fldChar w:fldCharType="begin"/>
      <w:instrText xml:space="preserve">PAGE</w:instrText>
      <w:fldChar w:fldCharType="end"/>
    </w:r>
    <w:r>
      <w:rPr>
        <w:sz w:val="17"/>
      </w:rPr>
      <w:t xml:space="preserve"> / </w:t>
    </w:r>
    <w:r>
      <w:rPr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