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10" w:space="0" w:color="0F3468"/>
          <w:left w:val="single" w:sz="10" w:space="0" w:color="0F3468"/>
          <w:bottom w:val="single" w:sz="10" w:space="0" w:color="0F3468"/>
          <w:right w:val="single" w:sz="10" w:space="0" w:color="0F3468"/>
          <w:insideH w:val="single" w:sz="10" w:space="0" w:color="0F3468"/>
          <w:insideV w:val="single" w:sz="10" w:space="0" w:color="0F3468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041"/>
        <w:gridCol w:w="2041"/>
        <w:gridCol w:w="2041"/>
      </w:tblGrid>
      <w:tr w:rsidR="007164BD">
        <w:trPr>
          <w:jc w:val="center"/>
        </w:trPr>
        <w:tc>
          <w:tcPr>
            <w:tcW w:w="10091" w:type="dxa"/>
            <w:gridSpan w:val="4"/>
            <w:shd w:val="clear" w:color="auto" w:fill="0F3468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  <w:color w:val="FFFFFF"/>
              </w:rPr>
              <w:t>2026-2027 EĞİTİM ÖĞRETİM YILI  ·  ………………………… ORTAOKULU</w:t>
            </w:r>
          </w:p>
          <w:p w:rsidR="007164BD" w:rsidRDefault="00CF27E4">
            <w:pPr>
              <w:spacing w:after="40"/>
              <w:jc w:val="center"/>
            </w:pPr>
            <w:r>
              <w:rPr>
                <w:b/>
                <w:color w:val="FFFFFF"/>
              </w:rPr>
              <w:t>5. SINIF FEN BİLİMLERİ DERSİ 1. DÖNEM 1. ORTAK YAZILI SINAVI</w:t>
            </w:r>
          </w:p>
        </w:tc>
      </w:tr>
      <w:tr w:rsidR="007164BD">
        <w:tblPrEx>
          <w:jc w:val="left"/>
          <w:tblBorders>
            <w:top w:val="single" w:sz="6" w:space="0" w:color="0F3468"/>
            <w:left w:val="single" w:sz="6" w:space="0" w:color="0F3468"/>
            <w:bottom w:val="single" w:sz="6" w:space="0" w:color="0F3468"/>
            <w:right w:val="single" w:sz="6" w:space="0" w:color="0F3468"/>
            <w:insideH w:val="single" w:sz="6" w:space="0" w:color="0F3468"/>
            <w:insideV w:val="single" w:sz="6" w:space="0" w:color="0F3468"/>
          </w:tblBorders>
        </w:tblPrEx>
        <w:trPr>
          <w:cantSplit/>
          <w:trHeight w:hRule="exact" w:val="538"/>
        </w:trPr>
        <w:tc>
          <w:tcPr>
            <w:tcW w:w="3969" w:type="dxa"/>
            <w:vAlign w:val="center"/>
          </w:tcPr>
          <w:p w:rsidR="007164BD" w:rsidRDefault="00CF27E4">
            <w:pPr>
              <w:spacing w:after="40"/>
            </w:pPr>
            <w:r>
              <w:rPr>
                <w:b/>
              </w:rPr>
              <w:t>Adı Soyadı:</w:t>
            </w:r>
          </w:p>
        </w:tc>
        <w:tc>
          <w:tcPr>
            <w:tcW w:w="2041" w:type="dxa"/>
            <w:vAlign w:val="center"/>
          </w:tcPr>
          <w:p w:rsidR="007164BD" w:rsidRDefault="00CF27E4">
            <w:pPr>
              <w:spacing w:after="40"/>
            </w:pPr>
            <w:r>
              <w:rPr>
                <w:b/>
              </w:rPr>
              <w:t>Sınıfı / No:</w:t>
            </w:r>
          </w:p>
        </w:tc>
        <w:tc>
          <w:tcPr>
            <w:tcW w:w="2041" w:type="dxa"/>
            <w:vAlign w:val="center"/>
          </w:tcPr>
          <w:p w:rsidR="007164BD" w:rsidRDefault="00CF27E4">
            <w:pPr>
              <w:spacing w:after="40"/>
            </w:pPr>
            <w:r>
              <w:rPr>
                <w:b/>
              </w:rPr>
              <w:t>Tarih:</w:t>
            </w:r>
          </w:p>
        </w:tc>
        <w:tc>
          <w:tcPr>
            <w:tcW w:w="2041" w:type="dxa"/>
            <w:vAlign w:val="center"/>
          </w:tcPr>
          <w:p w:rsidR="007164BD" w:rsidRDefault="00CF27E4">
            <w:pPr>
              <w:spacing w:after="40"/>
            </w:pPr>
            <w:r>
              <w:rPr>
                <w:b/>
              </w:rPr>
              <w:t>Süre: 40 dakika</w:t>
            </w:r>
          </w:p>
        </w:tc>
      </w:tr>
    </w:tbl>
    <w:p w:rsidR="007164BD" w:rsidRDefault="00CF27E4">
      <w:pPr>
        <w:keepNext/>
        <w:keepLines/>
        <w:shd w:val="clear" w:color="auto" w:fill="E4EEFA"/>
        <w:tabs>
          <w:tab w:val="right" w:pos="10091"/>
        </w:tabs>
        <w:spacing w:after="80"/>
      </w:pPr>
      <w:r>
        <w:rPr>
          <w:b/>
          <w:color w:val="0F3468"/>
          <w:sz w:val="24"/>
        </w:rPr>
        <w:t xml:space="preserve"> 1. SORU</w:t>
      </w:r>
      <w:r>
        <w:rPr>
          <w:b/>
          <w:color w:val="0F3468"/>
          <w:sz w:val="24"/>
        </w:rPr>
        <w:tab/>
        <w:t xml:space="preserve">(14 puan) 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Ay ile ilgili aşağıdaki soruları cevaplayınız. Her cevap 2 puandır. (8 p)</w:t>
      </w:r>
    </w:p>
    <w:p w:rsidR="007164BD" w:rsidRPr="002D00E7" w:rsidRDefault="00CF27E4">
      <w:pPr>
        <w:keepLines/>
      </w:pPr>
      <w:r w:rsidRPr="002D00E7">
        <w:t>1. Ay, Dünya'ya göre hangi tür gök cismidir? ........................</w:t>
      </w:r>
    </w:p>
    <w:p w:rsidR="007164BD" w:rsidRPr="002D00E7" w:rsidRDefault="00CF27E4">
      <w:pPr>
        <w:keepLines/>
      </w:pPr>
      <w:r w:rsidRPr="002D00E7">
        <w:t>2. Ay yüzeyinde gök taşı çarpmalarıyla oluşan çukurların adı nedir? ........................</w:t>
      </w:r>
    </w:p>
    <w:p w:rsidR="007164BD" w:rsidRPr="002D00E7" w:rsidRDefault="00CF27E4">
      <w:pPr>
        <w:keepLines/>
      </w:pPr>
      <w:r w:rsidRPr="002D00E7">
        <w:t>3. Ay'ın şekli nasıldır? ........................</w:t>
      </w:r>
    </w:p>
    <w:p w:rsidR="007164BD" w:rsidRPr="002D00E7" w:rsidRDefault="00CF27E4">
      <w:pPr>
        <w:keepLines/>
      </w:pPr>
      <w:r w:rsidRPr="002D00E7">
        <w:t>4. Ay'ın çapını Dünya'nın çapıyla karşılaştırınız. ........................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b) Ay'ın gece gökyüzünde parlak görünmesinin nedenini açıklayınız. (4 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Ay'ın yüzeyinde krater dışında bulunan bir yüzey şeklini yazınız. (2 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shd w:val="clear" w:color="auto" w:fill="E4EEFA"/>
        <w:tabs>
          <w:tab w:val="right" w:pos="10091"/>
        </w:tabs>
        <w:spacing w:before="100" w:after="80"/>
      </w:pPr>
      <w:r>
        <w:rPr>
          <w:b/>
          <w:color w:val="0F3468"/>
          <w:sz w:val="24"/>
        </w:rPr>
        <w:t xml:space="preserve"> 2. SORU</w:t>
      </w:r>
      <w:r>
        <w:rPr>
          <w:b/>
          <w:color w:val="0F3468"/>
          <w:sz w:val="24"/>
        </w:rPr>
        <w:tab/>
        <w:t xml:space="preserve">(14 puan) </w:t>
      </w:r>
    </w:p>
    <w:p w:rsidR="007164BD" w:rsidRPr="002D00E7" w:rsidRDefault="00CF27E4">
      <w:pPr>
        <w:keepNext/>
        <w:keepLines/>
        <w:jc w:val="both"/>
      </w:pPr>
      <w:r w:rsidRPr="002D00E7">
        <w:t>Şekilde Ay'ın Dünya etrafındaki hareketini gösteren bir model verilmiştir. Ay yüzeyindeki bir nokta işaretlenmiştir. Ay, K, L, M ve N konumlarından geçerken işaret her zaman Dünya'ya bakmaktadır.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6048000" cy="283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_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8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Ay'ın Dünya etrafındaki hareketine ve kendi etrafındaki hareketine ne ad verilir? (4 p)</w:t>
      </w:r>
    </w:p>
    <w:p w:rsidR="007164BD" w:rsidRDefault="00CF27E4">
      <w:pPr>
        <w:keepLines/>
      </w:pPr>
      <w:r>
        <w:t>Dünya etrafında: ……………………     Kendi etrafında: ……………………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b) Dünya'dan bakıldığında Ay'ın hep aynı yüzünün görülmesinin nedenini şekle göre açıklayınız. (5 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Ay, kendi etrafındaki dönme hareketini Dünya etrafındaki dolanma hareketinden daha kısa sürede tamamlasaydı Dünya'dan Ay'ın hep aynı yüzü görülür müydü? Nedenini yazınız. (5 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pageBreakBefore/>
        <w:shd w:val="clear" w:color="auto" w:fill="E4EEFA"/>
        <w:tabs>
          <w:tab w:val="right" w:pos="10091"/>
        </w:tabs>
        <w:spacing w:after="80"/>
      </w:pPr>
      <w:r>
        <w:rPr>
          <w:b/>
          <w:color w:val="0F3468"/>
          <w:sz w:val="24"/>
        </w:rPr>
        <w:lastRenderedPageBreak/>
        <w:t xml:space="preserve"> 3. SORU</w:t>
      </w:r>
      <w:r>
        <w:rPr>
          <w:b/>
          <w:color w:val="0F3468"/>
          <w:sz w:val="24"/>
        </w:rPr>
        <w:tab/>
        <w:t xml:space="preserve">(14 puan) </w:t>
      </w:r>
    </w:p>
    <w:p w:rsidR="007164BD" w:rsidRPr="002D00E7" w:rsidRDefault="00CF27E4">
      <w:pPr>
        <w:keepNext/>
        <w:keepLines/>
        <w:jc w:val="both"/>
      </w:pPr>
      <w:r>
        <w:t>Zeynep; başını Dünya, bir topu Ay, lambayı Güneş kabul ederek bir model kurmuştur. Şekil yukarıdan görünümü göstermektedir. Top K, L, M, N sırasıyla ilerletilir; başın gölgesine girmez ve el ışığı kesmez.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6263999" cy="417599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yin-evreleri-gunes-sol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417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Türkiye'den gözlem yapan biri için K, L, M ve N konumlarında görülen Ay evrelerini çiziniz ve adlarını yazınız. Çizimde karanlık kısmı tarayınız. (8 p)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7164BD">
        <w:trPr>
          <w:cantSplit/>
          <w:trHeight w:val="340"/>
          <w:jc w:val="center"/>
        </w:trPr>
        <w:tc>
          <w:tcPr>
            <w:tcW w:w="2523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K</w:t>
            </w:r>
          </w:p>
        </w:tc>
        <w:tc>
          <w:tcPr>
            <w:tcW w:w="2523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L</w:t>
            </w:r>
          </w:p>
        </w:tc>
        <w:tc>
          <w:tcPr>
            <w:tcW w:w="2523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M</w:t>
            </w:r>
          </w:p>
        </w:tc>
        <w:tc>
          <w:tcPr>
            <w:tcW w:w="2523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N</w:t>
            </w:r>
          </w:p>
        </w:tc>
      </w:tr>
      <w:tr w:rsidR="007164BD">
        <w:trPr>
          <w:cantSplit/>
          <w:trHeight w:val="2835"/>
          <w:jc w:val="center"/>
        </w:trPr>
        <w:tc>
          <w:tcPr>
            <w:tcW w:w="25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7164BD">
            <w:pPr>
              <w:spacing w:after="40"/>
            </w:pPr>
          </w:p>
        </w:tc>
        <w:tc>
          <w:tcPr>
            <w:tcW w:w="25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7164BD">
            <w:pPr>
              <w:spacing w:after="40"/>
            </w:pPr>
          </w:p>
        </w:tc>
        <w:tc>
          <w:tcPr>
            <w:tcW w:w="25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7164BD">
            <w:pPr>
              <w:spacing w:after="40"/>
            </w:pPr>
          </w:p>
        </w:tc>
        <w:tc>
          <w:tcPr>
            <w:tcW w:w="25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7164BD" w:rsidRDefault="007164BD">
            <w:pPr>
              <w:spacing w:after="40"/>
            </w:pPr>
          </w:p>
        </w:tc>
      </w:tr>
    </w:tbl>
    <w:p w:rsidR="007164BD" w:rsidRDefault="00CF27E4">
      <w:pPr>
        <w:keepNext/>
        <w:keepLines/>
        <w:spacing w:before="60"/>
        <w:ind w:hanging="340"/>
      </w:pPr>
      <w:r>
        <w:rPr>
          <w:b/>
        </w:rPr>
        <w:t>b) Zeynep, topu K konumunda tuttuğunda topun aydınlık tarafını görebilir mi? Nedenini açıklayınız. (3 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Ay'ın evreleri oluşurken Ay'ın şekli değişir mi? Nedenini yazınız. (3 p)</w:t>
      </w:r>
    </w:p>
    <w:p w:rsidR="007164BD" w:rsidRDefault="00CF27E4">
      <w:pPr>
        <w:keepLines/>
        <w:tabs>
          <w:tab w:val="right" w:leader="dot" w:pos="9978"/>
        </w:tabs>
        <w:spacing w:after="40" w:line="400" w:lineRule="exact"/>
      </w:pPr>
      <w:r>
        <w:tab/>
      </w:r>
    </w:p>
    <w:p w:rsidR="007164BD" w:rsidRDefault="00CF27E4">
      <w:pPr>
        <w:keepNext/>
        <w:keepLines/>
        <w:pageBreakBefore/>
        <w:shd w:val="clear" w:color="auto" w:fill="E4EEFA"/>
        <w:tabs>
          <w:tab w:val="right" w:pos="10091"/>
        </w:tabs>
        <w:spacing w:after="80"/>
      </w:pPr>
      <w:r>
        <w:rPr>
          <w:b/>
          <w:color w:val="0F3468"/>
          <w:sz w:val="24"/>
        </w:rPr>
        <w:lastRenderedPageBreak/>
        <w:t xml:space="preserve"> 4. SORU</w:t>
      </w:r>
      <w:r>
        <w:rPr>
          <w:b/>
          <w:color w:val="0F3468"/>
          <w:sz w:val="24"/>
        </w:rPr>
        <w:tab/>
        <w:t xml:space="preserve">(14 puan) </w:t>
      </w:r>
    </w:p>
    <w:p w:rsidR="007164BD" w:rsidRPr="002D00E7" w:rsidRDefault="00CF27E4">
      <w:pPr>
        <w:keepNext/>
        <w:keepLines/>
        <w:jc w:val="both"/>
      </w:pPr>
      <w:r w:rsidRPr="002D00E7">
        <w:t>Ece, Türkiye'den yaptığı gözlemlerde Ay'ın dört ana evresini karışık sırayla çizmiştir.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6120000" cy="175312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4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5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Ece'nin çizimlerini, Ay'ın evrelerinin oluş sırasına göre Yeni Ay'dan başlayarak sıralayınız. (4 p)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567"/>
        <w:gridCol w:w="1701"/>
        <w:gridCol w:w="567"/>
        <w:gridCol w:w="1701"/>
        <w:gridCol w:w="567"/>
        <w:gridCol w:w="1701"/>
      </w:tblGrid>
      <w:tr w:rsidR="007164BD">
        <w:trPr>
          <w:cantSplit/>
          <w:trHeight w:hRule="exact" w:val="567"/>
          <w:jc w:val="center"/>
        </w:trPr>
        <w:tc>
          <w:tcPr>
            <w:tcW w:w="1701" w:type="dxa"/>
            <w:tcBorders>
              <w:top w:val="single" w:sz="8" w:space="0" w:color="0F3468"/>
              <w:left w:val="single" w:sz="8" w:space="0" w:color="0F3468"/>
              <w:bottom w:val="single" w:sz="8" w:space="0" w:color="0F3468"/>
              <w:right w:val="single" w:sz="8" w:space="0" w:color="0F3468"/>
            </w:tcBorders>
          </w:tcPr>
          <w:p w:rsidR="007164BD" w:rsidRDefault="007164BD">
            <w:pPr>
              <w:spacing w:after="40"/>
            </w:pPr>
          </w:p>
        </w:tc>
        <w:tc>
          <w:tcPr>
            <w:tcW w:w="567" w:type="dxa"/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→</w:t>
            </w:r>
          </w:p>
        </w:tc>
        <w:tc>
          <w:tcPr>
            <w:tcW w:w="1701" w:type="dxa"/>
            <w:tcBorders>
              <w:top w:val="single" w:sz="8" w:space="0" w:color="0F3468"/>
              <w:left w:val="single" w:sz="8" w:space="0" w:color="0F3468"/>
              <w:bottom w:val="single" w:sz="8" w:space="0" w:color="0F3468"/>
              <w:right w:val="single" w:sz="8" w:space="0" w:color="0F3468"/>
            </w:tcBorders>
          </w:tcPr>
          <w:p w:rsidR="007164BD" w:rsidRDefault="007164BD">
            <w:pPr>
              <w:spacing w:after="40"/>
            </w:pPr>
          </w:p>
        </w:tc>
        <w:tc>
          <w:tcPr>
            <w:tcW w:w="567" w:type="dxa"/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→</w:t>
            </w:r>
          </w:p>
        </w:tc>
        <w:tc>
          <w:tcPr>
            <w:tcW w:w="1701" w:type="dxa"/>
            <w:tcBorders>
              <w:top w:val="single" w:sz="8" w:space="0" w:color="0F3468"/>
              <w:left w:val="single" w:sz="8" w:space="0" w:color="0F3468"/>
              <w:bottom w:val="single" w:sz="8" w:space="0" w:color="0F3468"/>
              <w:right w:val="single" w:sz="8" w:space="0" w:color="0F3468"/>
            </w:tcBorders>
          </w:tcPr>
          <w:p w:rsidR="007164BD" w:rsidRDefault="007164BD">
            <w:pPr>
              <w:spacing w:after="40"/>
            </w:pPr>
          </w:p>
        </w:tc>
        <w:tc>
          <w:tcPr>
            <w:tcW w:w="567" w:type="dxa"/>
            <w:vAlign w:val="center"/>
          </w:tcPr>
          <w:p w:rsidR="007164BD" w:rsidRDefault="00CF27E4">
            <w:pPr>
              <w:spacing w:after="40"/>
              <w:jc w:val="center"/>
            </w:pPr>
            <w:r>
              <w:rPr>
                <w:b/>
              </w:rPr>
              <w:t>→</w:t>
            </w:r>
          </w:p>
        </w:tc>
        <w:tc>
          <w:tcPr>
            <w:tcW w:w="1701" w:type="dxa"/>
            <w:tcBorders>
              <w:top w:val="single" w:sz="8" w:space="0" w:color="0F3468"/>
              <w:left w:val="single" w:sz="8" w:space="0" w:color="0F3468"/>
              <w:bottom w:val="single" w:sz="8" w:space="0" w:color="0F3468"/>
              <w:right w:val="single" w:sz="8" w:space="0" w:color="0F3468"/>
            </w:tcBorders>
          </w:tcPr>
          <w:p w:rsidR="007164BD" w:rsidRDefault="007164BD">
            <w:pPr>
              <w:spacing w:after="40"/>
            </w:pPr>
          </w:p>
        </w:tc>
      </w:tr>
    </w:tbl>
    <w:p w:rsidR="007164BD" w:rsidRDefault="00CF27E4">
      <w:pPr>
        <w:keepNext/>
        <w:keepLines/>
        <w:spacing w:before="60"/>
        <w:ind w:hanging="340"/>
      </w:pPr>
      <w:r>
        <w:rPr>
          <w:b/>
        </w:rPr>
        <w:t>b) K ve N çizimlerindeki Ay evrelerinin adlarını yazınız. (4 p)</w:t>
      </w:r>
    </w:p>
    <w:p w:rsidR="007164BD" w:rsidRDefault="00CF27E4">
      <w:pPr>
        <w:keepLines/>
      </w:pPr>
      <w:r>
        <w:t>K: ……………………………     N: ……………………………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 xml:space="preserve">c) </w:t>
      </w:r>
      <w:r w:rsidRPr="002D00E7">
        <w:rPr>
          <w:b/>
        </w:rPr>
        <w:t>Ece, "Ay'ın evreleri, Dünya'nın gölgesinin Ay'ın üzerine düşmesiyle oluşur." demiştir. Ece'nin ifadesi doğru mudur? Nedenini yazınız. (6 p)</w:t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Next/>
        <w:keepLines/>
        <w:shd w:val="clear" w:color="auto" w:fill="E4EEFA"/>
        <w:tabs>
          <w:tab w:val="right" w:pos="10091"/>
        </w:tabs>
        <w:spacing w:before="100" w:after="80"/>
      </w:pPr>
      <w:r>
        <w:rPr>
          <w:b/>
          <w:color w:val="0F3468"/>
          <w:sz w:val="24"/>
        </w:rPr>
        <w:t xml:space="preserve"> 5. SORU</w:t>
      </w:r>
      <w:r>
        <w:rPr>
          <w:b/>
          <w:color w:val="0F3468"/>
          <w:sz w:val="24"/>
        </w:rPr>
        <w:tab/>
        <w:t xml:space="preserve">(14 puan) </w:t>
      </w:r>
    </w:p>
    <w:p w:rsidR="007164BD" w:rsidRPr="002D00E7" w:rsidRDefault="00CF27E4">
      <w:pPr>
        <w:keepNext/>
        <w:keepLines/>
        <w:jc w:val="both"/>
      </w:pPr>
      <w:r w:rsidRPr="002D00E7">
        <w:t>Elif, Güneş, Dünya ve Ay'ın büyüklük sırasını üç farklı büyüklükte top (K, L ve M) ile modellemiştir. Şekilde ortak bir ölçek kullanılmamıştır.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6120000" cy="2231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5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K, L ve M toplarının temsil ettiği gök cisimlerinin adlarını yazınız. (6 p)</w:t>
      </w:r>
    </w:p>
    <w:p w:rsidR="007164BD" w:rsidRDefault="00CF27E4">
      <w:pPr>
        <w:keepLines/>
      </w:pPr>
      <w:r>
        <w:t>K: ..................................   L: ..................................   M: ..................................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b) Bir gök cisminin uzayda kapladığı yere ne ad verilir? (4 p)</w:t>
      </w:r>
    </w:p>
    <w:p w:rsidR="007164BD" w:rsidRDefault="00CF27E4" w:rsidP="0043679B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Dünya'ya en yakın gök cismi hangisidir? (4 p)</w:t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Next/>
        <w:keepLines/>
        <w:pageBreakBefore/>
        <w:shd w:val="clear" w:color="auto" w:fill="E4EEFA"/>
        <w:tabs>
          <w:tab w:val="right" w:pos="10091"/>
        </w:tabs>
        <w:spacing w:after="80"/>
      </w:pPr>
      <w:bookmarkStart w:id="0" w:name="_GoBack"/>
      <w:bookmarkEnd w:id="0"/>
      <w:r>
        <w:rPr>
          <w:b/>
          <w:color w:val="0F3468"/>
          <w:sz w:val="24"/>
        </w:rPr>
        <w:lastRenderedPageBreak/>
        <w:t>6. SORU</w:t>
      </w:r>
      <w:r>
        <w:rPr>
          <w:b/>
          <w:color w:val="0F3468"/>
          <w:sz w:val="24"/>
        </w:rPr>
        <w:tab/>
        <w:t xml:space="preserve">(15 puan) </w:t>
      </w:r>
    </w:p>
    <w:p w:rsidR="007164BD" w:rsidRPr="002D00E7" w:rsidRDefault="00CF27E4">
      <w:pPr>
        <w:keepNext/>
        <w:keepLines/>
        <w:jc w:val="both"/>
      </w:pPr>
      <w:r w:rsidRPr="002D00E7">
        <w:t>Şekilde Güneş, Dünya ve Ay'ın dolanma hareketlerini gösteren bir model verilmiştir. Büyüklükler ve uzaklıklar ölçekli değildir.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4572000" cy="190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6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Modelde Dünya'nın ve Ay'ın dolanma hareketlerini açıklayınız. Hangi gök cismi hangisinin çevresinde hareket eder? (5 p)</w:t>
      </w:r>
    </w:p>
    <w:p w:rsidR="007164BD" w:rsidRDefault="00CF27E4">
      <w:pPr>
        <w:keepLines/>
        <w:spacing w:after="40" w:line="260" w:lineRule="exact"/>
      </w:pPr>
      <w:r>
        <w:t>........................................................................................................................</w:t>
      </w:r>
    </w:p>
    <w:p w:rsidR="007164BD" w:rsidRDefault="00CF27E4">
      <w:pPr>
        <w:keepLines/>
        <w:spacing w:after="40" w:line="260" w:lineRule="exact"/>
      </w:pPr>
      <w:r>
        <w:t>........................................................................................................................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b) Dünya'nın Güneş çevresindeki bir tam dolanımı yaklaşık ne kadar sürer? (4 p)</w:t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Modelde gösterilmeyen bir dönme hareketini yazınız. Bu hareketi göstermek için modele nasıl bir ok ekleyeceğinizi açıklayınız. (6 p)</w:t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Next/>
        <w:keepLines/>
        <w:shd w:val="clear" w:color="auto" w:fill="E4EEFA"/>
        <w:tabs>
          <w:tab w:val="right" w:pos="10091"/>
        </w:tabs>
        <w:spacing w:before="100" w:after="80"/>
      </w:pPr>
      <w:r>
        <w:rPr>
          <w:b/>
          <w:color w:val="0F3468"/>
          <w:sz w:val="24"/>
        </w:rPr>
        <w:t xml:space="preserve"> 7. SORU</w:t>
      </w:r>
      <w:r>
        <w:rPr>
          <w:b/>
          <w:color w:val="0F3468"/>
          <w:sz w:val="24"/>
        </w:rPr>
        <w:tab/>
        <w:t xml:space="preserve">(15 puan) </w:t>
      </w:r>
    </w:p>
    <w:p w:rsidR="007164BD" w:rsidRPr="002D00E7" w:rsidRDefault="00CF27E4">
      <w:pPr>
        <w:keepNext/>
        <w:keepLines/>
        <w:jc w:val="both"/>
      </w:pPr>
      <w:r>
        <w:t>Zeynep, en fazla 20 N ölçebilen aynı dinamometreye K, L ve M cisimlerini ayrı ayrı asmıştır. Şekildeki 0–10 sayıları, 10 eşit ana bölmenin numaralarıdır. Ölçüm sınırı aşılmamış ve yay esnekliğini korumuştur.</w:t>
      </w:r>
    </w:p>
    <w:p w:rsidR="007164BD" w:rsidRDefault="00CF27E4">
      <w:pPr>
        <w:keepNext/>
        <w:keepLines/>
        <w:spacing w:after="80"/>
        <w:jc w:val="center"/>
      </w:pPr>
      <w:r>
        <w:rPr>
          <w:noProof/>
          <w:lang w:val="tr-TR" w:eastAsia="tr-TR"/>
        </w:rPr>
        <w:drawing>
          <wp:inline distT="0" distB="0" distL="0" distR="0">
            <wp:extent cx="5220000" cy="26847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7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68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a) Dinamometrelerin gösterdiği kuvvet değerlerini birimiyle birlikte yazınız. (6 p)</w:t>
      </w:r>
    </w:p>
    <w:p w:rsidR="007164BD" w:rsidRDefault="00CF27E4">
      <w:pPr>
        <w:keepLines/>
      </w:pPr>
      <w:r>
        <w:t>K: ……………………     L: ……………………     M: ……………………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b) M cismi yerine L cismi asıldığında ölçülen kuvvet kaç newton azalır? İşleminizi gösteriniz. (4 p)</w:t>
      </w:r>
    </w:p>
    <w:p w:rsidR="007164BD" w:rsidRDefault="00CF27E4">
      <w:pPr>
        <w:keepLines/>
      </w:pPr>
      <w:r>
        <w:t>İşlem ve sonuç: ................................................................................................</w:t>
      </w:r>
    </w:p>
    <w:p w:rsidR="007164BD" w:rsidRDefault="00CF27E4">
      <w:pPr>
        <w:keepNext/>
        <w:keepLines/>
        <w:spacing w:before="60"/>
        <w:ind w:hanging="340"/>
      </w:pPr>
      <w:r>
        <w:rPr>
          <w:b/>
        </w:rPr>
        <w:t>c) K, L ve M cisimlerinden hangisi dinamometrenin yayını en çok uzatmıştır? Yayın uzaması ile kuvvetin büyüklüğü arasındaki ilişkiyi yazınız. (5 p)</w:t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Lines/>
        <w:tabs>
          <w:tab w:val="right" w:leader="dot" w:pos="9978"/>
        </w:tabs>
        <w:spacing w:after="40" w:line="260" w:lineRule="exact"/>
      </w:pPr>
      <w:r>
        <w:tab/>
      </w:r>
    </w:p>
    <w:p w:rsidR="007164BD" w:rsidRDefault="00CF27E4">
      <w:pPr>
        <w:keepLines/>
        <w:spacing w:before="80"/>
        <w:jc w:val="center"/>
      </w:pPr>
      <w:r>
        <w:t>BAŞARILAR DİLERİM</w:t>
      </w:r>
    </w:p>
    <w:sectPr w:rsidR="007164BD" w:rsidSect="00034616">
      <w:footerReference w:type="default" r:id="rId14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BF2" w:rsidRDefault="00694BF2">
      <w:pPr>
        <w:spacing w:after="0"/>
      </w:pPr>
      <w:r>
        <w:separator/>
      </w:r>
    </w:p>
  </w:endnote>
  <w:endnote w:type="continuationSeparator" w:id="0">
    <w:p w:rsidR="00694BF2" w:rsidRDefault="00694B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BD" w:rsidRDefault="00CF27E4">
    <w:pPr>
      <w:pStyle w:val="AltBilgi"/>
      <w:jc w:val="center"/>
    </w:pPr>
    <w:r>
      <w:rPr>
        <w:color w:val="556680"/>
        <w:sz w:val="17"/>
      </w:rPr>
      <w:t xml:space="preserve">fenyorunge.com · 5. Sınıf Fen Bilimleri · 1. Dönem 1. Ortak Yazılı · Senaryo 1 · Sayfa </w:t>
    </w:r>
    <w:r>
      <w:rPr>
        <w:sz w:val="17"/>
      </w:rPr>
      <w:fldChar w:fldCharType="begin"/>
    </w:r>
    <w:r>
      <w:rPr>
        <w:sz w:val="17"/>
      </w:rPr>
      <w:instrText>PAGE</w:instrText>
    </w:r>
    <w:r>
      <w:rPr>
        <w:sz w:val="17"/>
      </w:rPr>
      <w:fldChar w:fldCharType="separate"/>
    </w:r>
    <w:r w:rsidR="0043679B">
      <w:rPr>
        <w:noProof/>
        <w:sz w:val="17"/>
      </w:rPr>
      <w:t>3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>NUMPAGES</w:instrText>
    </w:r>
    <w:r>
      <w:rPr>
        <w:sz w:val="17"/>
      </w:rPr>
      <w:fldChar w:fldCharType="separate"/>
    </w:r>
    <w:r w:rsidR="0043679B">
      <w:rPr>
        <w:noProof/>
        <w:sz w:val="17"/>
      </w:rPr>
      <w:t>4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BF2" w:rsidRDefault="00694BF2">
      <w:pPr>
        <w:spacing w:after="0"/>
      </w:pPr>
      <w:r>
        <w:separator/>
      </w:r>
    </w:p>
  </w:footnote>
  <w:footnote w:type="continuationSeparator" w:id="0">
    <w:p w:rsidR="00694BF2" w:rsidRDefault="00694B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00E7"/>
    <w:rsid w:val="00326F90"/>
    <w:rsid w:val="0043679B"/>
    <w:rsid w:val="006327AE"/>
    <w:rsid w:val="00694BF2"/>
    <w:rsid w:val="007164BD"/>
    <w:rsid w:val="00AA1D8D"/>
    <w:rsid w:val="00B47730"/>
    <w:rsid w:val="00CB0664"/>
    <w:rsid w:val="00CF27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F5B32"/>
  <w14:defaultImageDpi w14:val="300"/>
  <w15:docId w15:val="{F3F104C6-BA9F-40D3-96D3-F612BF6B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eastAsia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09B43F-7BC1-44D2-BBA8-BAE939E53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yakup ALBAYRAK</cp:lastModifiedBy>
  <cp:revision>4</cp:revision>
  <dcterms:created xsi:type="dcterms:W3CDTF">2013-12-23T23:15:00Z</dcterms:created>
  <dcterms:modified xsi:type="dcterms:W3CDTF">2026-10-17T10:53:00Z</dcterms:modified>
  <cp:category/>
</cp:coreProperties>
</file>